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ISTITUTO D’ISTRUZIONE SUPERIORE “CARLO LEVI”</w:t>
      </w:r>
    </w:p>
    <w:p>
      <w:pPr>
        <w:jc w:val="center"/>
      </w:pPr>
      <w:r>
        <w:rPr>
          <w:sz w:val="20"/>
        </w:rPr>
        <w:t>Viale Italia, 34 - 85037 SANT’ARCANGELO (PZ)</w:t>
      </w:r>
    </w:p>
    <w:p>
      <w:pPr>
        <w:jc w:val="center"/>
      </w:pPr>
      <w:r>
        <w:rPr>
          <w:sz w:val="18"/>
        </w:rPr>
        <w:t>C.F. 82000830768 - C.M. PZIS01700R - Tel. 0973/611826</w:t>
      </w:r>
    </w:p>
    <w:p>
      <w:pPr>
        <w:jc w:val="center"/>
      </w:pPr>
      <w:r>
        <w:rPr>
          <w:sz w:val="18"/>
        </w:rPr>
        <w:t>E-mail: pzis01700r@istruzione.it - PEC: pzis01700r@pec.istruzione.it</w:t>
      </w:r>
    </w:p>
    <w:p>
      <w:pPr>
        <w:jc w:val="center"/>
      </w:pPr>
      <w:r>
        <w:rPr>
          <w:sz w:val="14"/>
        </w:rPr>
        <w:t>________________________________________________________________________________</w:t>
      </w:r>
    </w:p>
    <w:p>
      <w:pPr>
        <w:jc w:val="center"/>
      </w:pPr>
      <w:r>
        <w:rPr>
          <w:b/>
          <w:sz w:val="24"/>
        </w:rPr>
        <w:t>ALLEGATO A</w:t>
      </w:r>
    </w:p>
    <w:p>
      <w:pPr>
        <w:jc w:val="center"/>
      </w:pPr>
      <w:r>
        <w:rPr>
          <w:b/>
          <w:sz w:val="24"/>
        </w:rPr>
        <w:t>RICHIESTA ANNUALE/PERIODICA DI USCITA ANTICIPATA AUTONOMA</w:t>
        <w:br/>
        <w:t>DELLO STUDENTE MAGGIORENNE</w:t>
      </w:r>
    </w:p>
    <w:p>
      <w:pPr>
        <w:jc w:val="center"/>
      </w:pPr>
      <w:r>
        <w:rPr>
          <w:i/>
        </w:rPr>
        <w:t>con presa d’atto della famiglia – a.s. 2026/2027</w:t>
      </w:r>
    </w:p>
    <w:p>
      <w:pPr>
        <w:jc w:val="right"/>
      </w:pPr>
      <w:r>
        <w:t>Al Dirigente Scolastico</w:t>
        <w:br/>
        <w:t>IIS “Carlo Levi” – Sant’Arcangelo (PZ)</w:t>
      </w:r>
    </w:p>
    <w:p>
      <w:r>
        <w:rPr>
          <w:b/>
        </w:rPr>
        <w:t xml:space="preserve">Il/La sottoscritto/a studente/ssa maggiorenne </w:t>
      </w:r>
      <w:r>
        <w:t>______________________________________________</w:t>
      </w:r>
      <w:r>
        <w:t>, nato/a a __________________________ il ___/___/______, frequentante la classe ______ sez. ______ indirizzo ________________________________,</w:t>
      </w:r>
    </w:p>
    <w:p>
      <w:pPr>
        <w:jc w:val="center"/>
      </w:pPr>
      <w:r>
        <w:rPr>
          <w:b/>
          <w:sz w:val="23"/>
        </w:rPr>
        <w:t>CHIEDE</w:t>
      </w:r>
    </w:p>
    <w:p>
      <w:r>
        <w:t>di essere autorizzato/a, per il periodo sotto indicato, a lasciare autonomamente l’Istituto prima del termine ordinario delle lezioni, secondo la seguente articolazione: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jc w:val="center"/>
            </w:pPr>
            <w:r>
              <w:rPr>
                <w:b/>
              </w:rPr>
              <w:t>Giorno</w:t>
            </w:r>
          </w:p>
        </w:tc>
        <w:tc>
          <w:tcPr>
            <w:tcW w:type="dxa" w:w="2493"/>
          </w:tcPr>
          <w:p>
            <w:pPr>
              <w:jc w:val="center"/>
            </w:pPr>
            <w:r>
              <w:rPr>
                <w:b/>
              </w:rPr>
              <w:t>Ora di uscita</w:t>
            </w:r>
          </w:p>
        </w:tc>
        <w:tc>
          <w:tcPr>
            <w:tcW w:type="dxa" w:w="2493"/>
          </w:tcPr>
          <w:p>
            <w:pPr>
              <w:jc w:val="center"/>
            </w:pPr>
            <w:r>
              <w:rPr>
                <w:b/>
              </w:rPr>
              <w:t>Decorrenza</w:t>
            </w:r>
          </w:p>
        </w:tc>
        <w:tc>
          <w:tcPr>
            <w:tcW w:type="dxa" w:w="2493"/>
          </w:tcPr>
          <w:p>
            <w:pPr>
              <w:jc w:val="center"/>
            </w:pPr>
            <w:r>
              <w:rPr>
                <w:b/>
              </w:rPr>
              <w:t>Fino al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>
              <w:t>________________</w:t>
            </w:r>
          </w:p>
        </w:tc>
        <w:tc>
          <w:tcPr>
            <w:tcW w:type="dxa" w:w="2493"/>
          </w:tcPr>
          <w:p>
            <w:pPr>
              <w:jc w:val="center"/>
            </w:pPr>
            <w:r>
              <w:t>________________</w:t>
            </w:r>
          </w:p>
        </w:tc>
        <w:tc>
          <w:tcPr>
            <w:tcW w:type="dxa" w:w="2493"/>
          </w:tcPr>
          <w:p>
            <w:pPr>
              <w:jc w:val="center"/>
            </w:pPr>
            <w:r>
              <w:t>________________</w:t>
            </w:r>
          </w:p>
        </w:tc>
        <w:tc>
          <w:tcPr>
            <w:tcW w:type="dxa" w:w="2493"/>
          </w:tcPr>
          <w:p>
            <w:pPr>
              <w:jc w:val="center"/>
            </w:pPr>
            <w:r>
              <w:t>________________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>
              <w:t>________________</w:t>
            </w:r>
          </w:p>
        </w:tc>
        <w:tc>
          <w:tcPr>
            <w:tcW w:type="dxa" w:w="2493"/>
          </w:tcPr>
          <w:p>
            <w:pPr>
              <w:jc w:val="center"/>
            </w:pPr>
            <w:r>
              <w:t>________________</w:t>
            </w:r>
          </w:p>
        </w:tc>
        <w:tc>
          <w:tcPr>
            <w:tcW w:type="dxa" w:w="2493"/>
          </w:tcPr>
          <w:p>
            <w:pPr>
              <w:jc w:val="center"/>
            </w:pPr>
            <w:r>
              <w:t>________________</w:t>
            </w:r>
          </w:p>
        </w:tc>
        <w:tc>
          <w:tcPr>
            <w:tcW w:type="dxa" w:w="2493"/>
          </w:tcPr>
          <w:p>
            <w:pPr>
              <w:jc w:val="center"/>
            </w:pPr>
            <w:r>
              <w:t>________________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>
              <w:t>________________</w:t>
            </w:r>
          </w:p>
        </w:tc>
        <w:tc>
          <w:tcPr>
            <w:tcW w:type="dxa" w:w="2493"/>
          </w:tcPr>
          <w:p>
            <w:pPr>
              <w:jc w:val="center"/>
            </w:pPr>
            <w:r>
              <w:t>________________</w:t>
            </w:r>
          </w:p>
        </w:tc>
        <w:tc>
          <w:tcPr>
            <w:tcW w:type="dxa" w:w="2493"/>
          </w:tcPr>
          <w:p>
            <w:pPr>
              <w:jc w:val="center"/>
            </w:pPr>
            <w:r>
              <w:t>________________</w:t>
            </w:r>
          </w:p>
        </w:tc>
        <w:tc>
          <w:tcPr>
            <w:tcW w:type="dxa" w:w="2493"/>
          </w:tcPr>
          <w:p>
            <w:pPr>
              <w:jc w:val="center"/>
            </w:pPr>
            <w:r>
              <w:t>________________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>
              <w:t>________________</w:t>
            </w:r>
          </w:p>
        </w:tc>
        <w:tc>
          <w:tcPr>
            <w:tcW w:type="dxa" w:w="2493"/>
          </w:tcPr>
          <w:p>
            <w:pPr>
              <w:jc w:val="center"/>
            </w:pPr>
            <w:r>
              <w:t>________________</w:t>
            </w:r>
          </w:p>
        </w:tc>
        <w:tc>
          <w:tcPr>
            <w:tcW w:type="dxa" w:w="2493"/>
          </w:tcPr>
          <w:p>
            <w:pPr>
              <w:jc w:val="center"/>
            </w:pPr>
            <w:r>
              <w:t>________________</w:t>
            </w:r>
          </w:p>
        </w:tc>
        <w:tc>
          <w:tcPr>
            <w:tcW w:type="dxa" w:w="2493"/>
          </w:tcPr>
          <w:p>
            <w:pPr>
              <w:jc w:val="center"/>
            </w:pPr>
            <w:r>
              <w:t>________________</w:t>
            </w:r>
          </w:p>
        </w:tc>
      </w:tr>
    </w:tbl>
    <w:p>
      <w:r>
        <w:rPr>
          <w:b/>
        </w:rPr>
        <w:t xml:space="preserve">Motivazione della richiesta: </w:t>
      </w:r>
      <w:r>
        <w:t>________________________________________________________________________________</w:t>
        <w:br/>
        <w:t>________________________________________________________________________________</w:t>
      </w:r>
    </w:p>
    <w:p>
      <w:r>
        <w:rPr>
          <w:b/>
        </w:rPr>
        <w:t>Lo/La studente/ssa maggiorenne dichiara:</w:t>
      </w:r>
    </w:p>
    <w:p>
      <w:pPr>
        <w:spacing w:after="20"/>
        <w:ind w:left="283" w:hanging="142"/>
      </w:pPr>
      <w:r>
        <w:rPr>
          <w:b/>
        </w:rPr>
        <w:t xml:space="preserve">• </w:t>
      </w:r>
      <w:r>
        <w:t>di essere consapevole che l’uscita anticipata è subordinata all’autorizzazione della scuola e può essere sospesa o revocata per motivate esigenze didattiche, organizzative o di sicurezza;</w:t>
      </w:r>
    </w:p>
    <w:p>
      <w:pPr>
        <w:spacing w:after="20"/>
        <w:ind w:left="283" w:hanging="142"/>
      </w:pPr>
      <w:r>
        <w:rPr>
          <w:b/>
        </w:rPr>
        <w:t xml:space="preserve">• </w:t>
      </w:r>
      <w:r>
        <w:t>di assumere personalmente la responsabilità dell’uscita autonoma e degli spostamenti successivi al momento dell’allontanamento autorizzato dai locali e dalle pertinenze scolastiche;</w:t>
      </w:r>
    </w:p>
    <w:p>
      <w:pPr>
        <w:spacing w:after="20"/>
        <w:ind w:left="283" w:hanging="142"/>
      </w:pPr>
      <w:r>
        <w:rPr>
          <w:b/>
        </w:rPr>
        <w:t xml:space="preserve">• </w:t>
      </w:r>
      <w:r>
        <w:t>di essere consapevole che le ore di lezione non frequentate concorrono al computo delle assenze e possono incidere sul requisito minimo di frequenza previsto per la validità dell’anno scolastico;</w:t>
      </w:r>
    </w:p>
    <w:p>
      <w:pPr>
        <w:spacing w:after="20"/>
        <w:ind w:left="283" w:hanging="142"/>
      </w:pPr>
      <w:r>
        <w:rPr>
          <w:b/>
        </w:rPr>
        <w:t xml:space="preserve">• </w:t>
      </w:r>
      <w:r>
        <w:t>di impegnarsi a recuperare comunicazioni, attività e contenuti didattici svolti nelle ore non frequentate;</w:t>
      </w:r>
    </w:p>
    <w:p>
      <w:pPr>
        <w:spacing w:after="20"/>
        <w:ind w:left="283" w:hanging="142"/>
      </w:pPr>
      <w:r>
        <w:rPr>
          <w:b/>
        </w:rPr>
        <w:t xml:space="preserve">• </w:t>
      </w:r>
      <w:r>
        <w:t>di comunicare tempestivamente ogni variazione rispetto alle condizioni indicate nella presente richiesta.</w:t>
      </w:r>
    </w:p>
    <w:p>
      <w:r>
        <w:rPr>
          <w:b/>
        </w:rPr>
        <w:t>Data ___/___/______      Firma dello/a studente/ssa maggiorenne __________________________________</w:t>
      </w:r>
    </w:p>
    <w:p>
      <w:pPr>
        <w:jc w:val="center"/>
      </w:pPr>
      <w:r>
        <w:rPr>
          <w:b/>
          <w:sz w:val="23"/>
        </w:rPr>
        <w:t>PRESA D’ATTO DELLA FAMIGLIA</w:t>
      </w:r>
    </w:p>
    <w:p>
      <w:r>
        <w:t>Il/La sottoscritto/a ________________________________________________, in qualità di genitore/familiare di riferimento dello/a studente/ssa sopra indicato/a, dichiara di essere stato/a informato/a della richiesta di uscita anticipata periodica formulata direttamente dallo/a studente/ssa maggiorenne, di conoscerne giorni, orari e motivazioni e di prenderne atto sul piano educativo e organizzativo.</w:t>
      </w:r>
    </w:p>
    <w:p>
      <w:r>
        <w:t>La presente sottoscrizione non costituisce esercizio della responsabilità genitoriale né autorizzazione sostitutiva della volontà dello/a studente/ssa maggiorenne, ma attesta la conoscenza della richiesta e la collaborazione della famiglia con l’Istituzione scolastica. La responsabilità personale dell’uscita e degli spostamenti successivi resta in capo allo/a studente/ssa maggiorenne.</w:t>
      </w:r>
    </w:p>
    <w:p>
      <w:r>
        <w:rPr>
          <w:b/>
        </w:rPr>
        <w:t>Data ___/___/______      Firma del genitore/familiare __________________________________________</w:t>
      </w:r>
    </w:p>
    <w:p>
      <w:pPr>
        <w:jc w:val="center"/>
      </w:pPr>
      <w:r>
        <w:rPr>
          <w:b/>
          <w:sz w:val="22"/>
        </w:rPr>
        <w:t>RISERVATO ALLA SCUOLA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Esito</w:t>
            </w:r>
          </w:p>
        </w:tc>
        <w:tc>
          <w:tcPr>
            <w:tcW w:type="dxa" w:w="4986"/>
          </w:tcPr>
          <w:p>
            <w:r>
              <w:t>□ AUTORIZZATA     □ NON AUTORIZZATA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Decorrenza</w:t>
            </w:r>
          </w:p>
        </w:tc>
        <w:tc>
          <w:tcPr>
            <w:tcW w:type="dxa" w:w="4986"/>
          </w:tcPr>
          <w:p>
            <w:r>
              <w:t>dal ___/___/______ al ___/___/______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Eventuali prescrizioni</w:t>
            </w:r>
          </w:p>
        </w:tc>
        <w:tc>
          <w:tcPr>
            <w:tcW w:type="dxa" w:w="4986"/>
          </w:tcPr>
          <w:p>
            <w:r>
              <w:t>____________________________________________________________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Firma</w:t>
            </w:r>
          </w:p>
        </w:tc>
        <w:tc>
          <w:tcPr>
            <w:tcW w:type="dxa" w:w="4986"/>
          </w:tcPr>
          <w:p>
            <w:r>
              <w:t>Dirigente Scolastico / Delegato __________________________________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64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Allegato A – Uscita anticipata periodica studente maggiorenne – IIS “Carlo Levi”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