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4"/>
        </w:rPr>
        <w:t>ISTITUTO D’ISTRUZIONE SUPERIORE “CARLO LEVI” – SANT’ARCANGELO (PZ)</w:t>
      </w:r>
    </w:p>
    <w:p>
      <w:pPr>
        <w:spacing w:after="60"/>
        <w:jc w:val="center"/>
      </w:pPr>
      <w:r>
        <w:rPr>
          <w:sz w:val="17"/>
        </w:rPr>
        <w:t>C.F. 82000830768 – C.M. PZIS01700R – Tel. 0973/611826</w:t>
      </w:r>
    </w:p>
    <w:p>
      <w:pPr>
        <w:spacing w:after="20"/>
        <w:jc w:val="center"/>
      </w:pPr>
      <w:r>
        <w:rPr>
          <w:b/>
          <w:sz w:val="22"/>
        </w:rPr>
        <w:t>ALLEGATO B</w:t>
      </w:r>
    </w:p>
    <w:p>
      <w:pPr>
        <w:spacing w:after="80"/>
        <w:jc w:val="center"/>
      </w:pPr>
      <w:r>
        <w:rPr>
          <w:b/>
          <w:sz w:val="22"/>
        </w:rPr>
        <w:t>RICHIESTA SALTUARIA DI USCITA ANTICIPATA AUTONOMA DELLO STUDENTE MAGGIORENNE</w:t>
      </w:r>
    </w:p>
    <w:p>
      <w:pPr>
        <w:spacing w:after="80"/>
        <w:jc w:val="right"/>
      </w:pPr>
      <w:r>
        <w:t>Al Dirigente Scolastico dell’IIS “Carlo Levi” – Sant’Arcangelo (PZ)</w:t>
      </w:r>
    </w:p>
    <w:p>
      <w:pPr>
        <w:spacing w:after="80"/>
      </w:pPr>
      <w:r>
        <w:rPr>
          <w:b/>
        </w:rPr>
        <w:t xml:space="preserve">Il/La sottoscritto/a </w:t>
      </w:r>
      <w:r>
        <w:t xml:space="preserve">______________________________________________, nato/a a __________________________ il ___/___/______, </w:t>
      </w:r>
      <w:r>
        <w:t>studente/ssa maggiorenne della classe ______ sez. ______ indirizzo ________________________________.</w:t>
      </w:r>
    </w:p>
    <w:p>
      <w:pPr>
        <w:spacing w:after="40"/>
        <w:jc w:val="center"/>
      </w:pPr>
      <w:r>
        <w:rPr>
          <w:b/>
          <w:sz w:val="21"/>
        </w:rPr>
        <w:t>CHIEDE</w:t>
      </w:r>
    </w:p>
    <w:p>
      <w:pPr>
        <w:spacing w:after="60"/>
      </w:pPr>
      <w:r>
        <w:rPr>
          <w:b/>
        </w:rPr>
        <w:t xml:space="preserve">di essere autorizzato/a ad uscire autonomamente dall’Istituto il giorno </w:t>
      </w:r>
      <w:r>
        <w:t>___/___/______ alle ore ________, prima del termine ordinario delle lezioni.</w:t>
      </w:r>
    </w:p>
    <w:p>
      <w:pPr>
        <w:spacing w:after="60"/>
      </w:pPr>
      <w:r>
        <w:rPr>
          <w:b/>
        </w:rPr>
        <w:t xml:space="preserve">Motivazione: </w:t>
      </w:r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spacing w:after="20"/>
        <w:jc w:val="center"/>
      </w:pPr>
      <w:r>
        <w:rPr>
          <w:b/>
          <w:sz w:val="21"/>
        </w:rPr>
        <w:t>DICHIARA</w:t>
      </w:r>
    </w:p>
    <w:p>
      <w:pPr>
        <w:spacing w:after="0"/>
        <w:ind w:left="198" w:hanging="113"/>
      </w:pPr>
      <w:r>
        <w:rPr>
          <w:b/>
        </w:rPr>
        <w:t xml:space="preserve">• </w:t>
      </w:r>
      <w:r>
        <w:t>di assumere personalmente la responsabilità della richiesta e dell’uscita autonoma;</w:t>
      </w:r>
    </w:p>
    <w:p>
      <w:pPr>
        <w:spacing w:after="0"/>
        <w:ind w:left="198" w:hanging="113"/>
      </w:pPr>
      <w:r>
        <w:rPr>
          <w:b/>
        </w:rPr>
        <w:t xml:space="preserve">• </w:t>
      </w:r>
      <w:r>
        <w:t>di essere consapevole che l’uscita è subordinata all’autorizzazione del Dirigente Scolastico o di un suo delegato;</w:t>
      </w:r>
    </w:p>
    <w:p>
      <w:pPr>
        <w:spacing w:after="0"/>
        <w:ind w:left="198" w:hanging="113"/>
      </w:pPr>
      <w:r>
        <w:rPr>
          <w:b/>
        </w:rPr>
        <w:t xml:space="preserve">• </w:t>
      </w:r>
      <w:r>
        <w:t>di essere consapevole che le ore non frequentate saranno registrate come assenza e concorreranno al relativo computo;</w:t>
      </w:r>
    </w:p>
    <w:p>
      <w:pPr>
        <w:spacing w:after="0"/>
        <w:ind w:left="198" w:hanging="113"/>
      </w:pPr>
      <w:r>
        <w:rPr>
          <w:b/>
        </w:rPr>
        <w:t xml:space="preserve">• </w:t>
      </w:r>
      <w:r>
        <w:t>di impegnarsi a recuperare le attività didattiche e le comunicazioni svolte dopo l’uscita;</w:t>
      </w:r>
    </w:p>
    <w:p>
      <w:pPr>
        <w:spacing w:after="0"/>
        <w:ind w:left="198" w:hanging="113"/>
      </w:pPr>
      <w:r>
        <w:rPr>
          <w:b/>
        </w:rPr>
        <w:t xml:space="preserve">• </w:t>
      </w:r>
      <w:r>
        <w:t>di assumere, dal momento dell’uscita autorizzata dai locali e dalle pertinenze scolastiche, la piena responsabilità dei propri comportamenti e degli spostamenti successivi.</w:t>
      </w:r>
    </w:p>
    <w:p>
      <w:pPr>
        <w:spacing w:after="60"/>
      </w:pPr>
      <w:r>
        <w:rPr>
          <w:b/>
        </w:rPr>
        <w:t xml:space="preserve">Recapito telefonico dello/a studente/ssa: </w:t>
      </w:r>
      <w:r>
        <w:t>____________________________</w:t>
      </w:r>
    </w:p>
    <w:p>
      <w:pPr>
        <w:spacing w:after="100"/>
      </w:pPr>
      <w:r>
        <w:rPr>
          <w:b/>
        </w:rPr>
        <w:t xml:space="preserve">Data ___/___/______     </w:t>
      </w:r>
      <w:r>
        <w:rPr>
          <w:b/>
        </w:rPr>
        <w:t>Firma dello/a studente/ssa maggiorenne __________________________________________</w:t>
      </w:r>
    </w:p>
    <w:p>
      <w:pPr>
        <w:spacing w:after="40"/>
        <w:jc w:val="center"/>
      </w:pPr>
      <w:r>
        <w:rPr>
          <w:b/>
          <w:sz w:val="21"/>
        </w:rPr>
        <w:t>RISERVATO ALLA SCUOLA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0"/>
            </w:pPr>
            <w:r>
              <w:rPr>
                <w:b/>
                <w:sz w:val="18"/>
              </w:rPr>
              <w:t>Esito</w:t>
            </w:r>
          </w:p>
        </w:tc>
        <w:tc>
          <w:tcPr>
            <w:tcW w:type="dxa" w:w="5100"/>
          </w:tcPr>
          <w:p>
            <w:pPr>
              <w:spacing w:after="0"/>
            </w:pPr>
            <w:r>
              <w:rPr>
                <w:sz w:val="18"/>
              </w:rPr>
              <w:t>□ AUTORIZZATA     □ NON AUTORIZZATA</w:t>
            </w:r>
          </w:p>
        </w:tc>
      </w:tr>
      <w:tr>
        <w:tc>
          <w:tcPr>
            <w:tcW w:type="dxa" w:w="5100"/>
          </w:tcPr>
          <w:p>
            <w:pPr>
              <w:spacing w:after="0"/>
            </w:pPr>
            <w:r>
              <w:rPr>
                <w:b/>
                <w:sz w:val="18"/>
              </w:rPr>
              <w:t>Annotazioni</w:t>
            </w:r>
          </w:p>
        </w:tc>
        <w:tc>
          <w:tcPr>
            <w:tcW w:type="dxa" w:w="5100"/>
          </w:tcPr>
          <w:p>
            <w:pPr>
              <w:spacing w:after="0"/>
            </w:pPr>
            <w:r>
              <w:rPr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0"/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type="dxa" w:w="5100"/>
          </w:tcPr>
          <w:p>
            <w:pPr>
              <w:spacing w:after="0"/>
            </w:pPr>
            <w:r>
              <w:rPr>
                <w:sz w:val="18"/>
              </w:rPr>
              <w:t>Dirigente Scolastico / Delegato 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8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Allegato B – Uscita anticipata saltuaria studente maggiorenne – IIS “Carlo Levi”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