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sz w:val="20"/>
        </w:rPr>
        <w:t>Ai Genitori / Esercenti la responsabilità genitoriale</w:t>
        <w:br/>
        <w:t>Agli Studenti</w:t>
        <w:br/>
        <w:t>Ai Docenti Coordinatori di classe</w:t>
        <w:br/>
        <w:t>Al DSGA</w:t>
        <w:br/>
        <w:t>Al Sito web dell’Istituto</w:t>
        <w:br/>
        <w:t>SEDI</w:t>
      </w:r>
    </w:p>
    <w:p>
      <w:r>
        <w:rPr>
          <w:b/>
        </w:rPr>
        <w:t xml:space="preserve">OGGETTO: </w:t>
      </w:r>
      <w:r>
        <w:t>Comunicazione di allergie, intolleranze alimentari e/o altre condizioni di ipersensibilità - a.s. 2026/2027</w:t>
      </w:r>
    </w:p>
    <w:p>
      <w:pPr>
        <w:jc w:val="both"/>
      </w:pPr>
      <w:r>
        <w:t>Al fine di garantire la tutela della salute e della sicurezza degli studenti durante la permanenza nei locali scolastici e in occasione delle attività organizzate dall’Istituto, i genitori/esercenti la responsabilità genitoriale sono invitati a comunicare tempestivamente alla Scuola eventuali allergie, intolleranze alimentari o altre condizioni di ipersensibilità clinicamente rilevanti dei propri figli, riferite, a titolo esemplificativo, ad alimenti, farmaci, lattice, punture di insetti, sostanze o materiali.</w:t>
      </w:r>
    </w:p>
    <w:p>
      <w:pPr>
        <w:jc w:val="both"/>
      </w:pPr>
      <w:r>
        <w:t>La comunicazione dovrà essere effettuata utilizzando l’apposito modello di dichiarazione allegato alla presente, corredato da certificazione medica aggiornata, nella quale siano chiaramente indicati la condizione accertata, gli allergeni o le sostanze da evitare, le eventuali misure preventive da adottare, i sintomi o le manifestazioni cui prestare particolare attenzione e le indicazioni sanitarie da seguire in caso di reazione.</w:t>
      </w:r>
    </w:p>
    <w:p>
      <w:pPr>
        <w:jc w:val="both"/>
      </w:pPr>
      <w:r>
        <w:t>Qualora la condizione dello studente renda necessaria la disponibilità o la somministrazione di farmaci durante l’orario scolastico, la famiglia dovrà presentare anche la specifica richiesta prevista dalla procedura d’Istituto, corredata dalla prescrizione/certificazione medica contenente le indicazioni relative a farmaco, posologia, modalità e tempi di somministrazione e conservazione.</w:t>
      </w:r>
    </w:p>
    <w:p>
      <w:pPr>
        <w:jc w:val="both"/>
      </w:pPr>
      <w:r>
        <w:t>Non potranno essere richiesti al personale scolastico interventi sanitari o somministrazioni di farmaci sulla base di semplici indicazioni verbali o di dichiarazioni non accompagnate dalla prescritta documentazione sanitaria.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58"/>
      </w:tblGrid>
      <w:tr>
        <w:tc>
          <w:tcPr>
            <w:tcW w:type="dxa" w:w="9858"/>
            <w:shd w:fill="F5F5F5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MODALITÀ DI CONSEGNA</w:t>
            </w:r>
            <w:r>
              <w:br/>
              <w:t>La documentazione, contenendo dati relativi alla salute, dovrà essere consegnata entro il 26 settembre 2026 alla Segreteria dell’Istituto, in busta chiusa recante la dicitura: “RISERVATO - Documentazione sanitaria alunno/a - Classe ___”, oppure secondo l’eventuale ulteriore modalità riservata indicata dall’Istituto.</w:t>
            </w:r>
          </w:p>
        </w:tc>
      </w:tr>
    </w:tbl>
    <w:p>
      <w:pPr>
        <w:jc w:val="both"/>
      </w:pPr>
      <w:r>
        <w:t>Le informazioni saranno trattate nel rispetto della normativa in materia di protezione dei dati personali e rese disponibili esclusivamente ai soggetti che, per le rispettive funzioni, necessitino di conoscerle ai fini della tutela dello studente. I dati relativi alla salute non saranno diffusi.</w:t>
      </w:r>
    </w:p>
    <w:p>
      <w:pPr>
        <w:jc w:val="both"/>
      </w:pPr>
      <w:r>
        <w:t>In caso di allergia o intolleranza sopravvenuta nel corso dell’anno scolastico, ovvero di modifica della diagnosi o della terapia, la famiglia è tenuta a darne immediata comunicazione alla Scuola, producendo la documentazione sanitaria aggiornata.</w:t>
      </w:r>
    </w:p>
    <w:p>
      <w:r>
        <w:t>Si confida nella puntuale collaborazione delle famiglie.</w:t>
      </w:r>
    </w:p>
    <w:p>
      <w:pPr>
        <w:jc w:val="right"/>
      </w:pPr>
      <w:r>
        <w:rPr>
          <w:b/>
        </w:rPr>
        <w:t>IL DIRIGENTE SCOLASTICO</w:t>
        <w:br/>
        <w:t>Prof. Pasqualino Antonio Iallorenzi</w:t>
      </w:r>
    </w:p>
    <w:p>
      <w:r>
        <w:br/>
      </w:r>
    </w:p>
    <w:p>
      <w:r>
        <w:br w:type="page"/>
      </w:r>
    </w:p>
    <w:p>
      <w:pPr>
        <w:jc w:val="center"/>
      </w:pPr>
      <w:r>
        <w:rPr>
          <w:b/>
          <w:sz w:val="28"/>
        </w:rPr>
        <w:t>ALLEGATO</w:t>
        <w:br/>
        <w:t>MODELLO DI DICHIARAZIONE</w:t>
      </w:r>
    </w:p>
    <w:p>
      <w:pPr>
        <w:jc w:val="center"/>
      </w:pPr>
      <w:r>
        <w:rPr>
          <w:b/>
          <w:sz w:val="24"/>
        </w:rPr>
        <w:t>COMUNICAZIONE DI ALLERGIE / INTOLLERANZE ALIMENTARI</w:t>
        <w:br/>
        <w:t>E/O ALTRE CONDIZIONI DI IPERSENSIBILITÀ</w:t>
      </w:r>
    </w:p>
    <w:p>
      <w:pPr>
        <w:jc w:val="right"/>
      </w:pPr>
      <w:r>
        <w:t>Al Dirigente Scolastico</w:t>
        <w:br/>
        <w:t>dell’IIS “Carlo Levi”</w:t>
        <w:br/>
        <w:t>Sant’Arcangelo (PZ)</w:t>
      </w:r>
    </w:p>
    <w:p>
      <w:pPr>
        <w:keepNext/>
        <w:pBdr>
          <w:bottom w:val="single" w:sz="4" w:space="1" w:color="A6A6A6"/>
        </w:pBdr>
      </w:pPr>
      <w:r>
        <w:rPr>
          <w:b/>
          <w:sz w:val="22"/>
        </w:rPr>
        <w:t>DATI DEI GENITORI / ESERCENTI LA RESPONSABILITÀ GENITORIALE</w:t>
      </w:r>
    </w:p>
    <w:p>
      <w:r>
        <w:t>Padre/Tutore: ___________________________________________  nato a __________________________ il _______________</w:t>
      </w:r>
    </w:p>
    <w:p>
      <w:r>
        <w:t>Madre/Tutrice: _________________________________________  nata a __________________________ il _______________</w:t>
      </w:r>
    </w:p>
    <w:p>
      <w:r>
        <w:t>in qualità di genitori/esercenti la responsabilità genitoriale dell’alunno/a:</w:t>
      </w:r>
    </w:p>
    <w:p>
      <w:r>
        <w:t>Cognome e nome: ________________________________________  nato/a a ________________________ il _______________</w:t>
      </w:r>
    </w:p>
    <w:p>
      <w:r>
        <w:t>Classe ______  Sezione ______  Indirizzo/Plesso ____________________________________________</w:t>
      </w:r>
    </w:p>
    <w:p>
      <w:pPr>
        <w:keepNext/>
        <w:pBdr>
          <w:bottom w:val="single" w:sz="4" w:space="1" w:color="A6A6A6"/>
        </w:pBdr>
      </w:pPr>
      <w:r>
        <w:rPr>
          <w:b/>
          <w:sz w:val="22"/>
        </w:rPr>
        <w:t>DICHIARAZIONE</w:t>
      </w:r>
    </w:p>
    <w:p>
      <w:r>
        <w:t>I sottoscritti dichiarano che il/la proprio/a figlio/a presenta la seguente condizione, documentata dalla certificazione medica allegata:</w:t>
      </w:r>
    </w:p>
    <w:p>
      <w:r>
        <w:t>☐ allergia alimentare</w:t>
      </w:r>
    </w:p>
    <w:p>
      <w:r>
        <w:t>☐ intolleranza alimentare</w:t>
      </w:r>
    </w:p>
    <w:p>
      <w:r>
        <w:t>☐ allergia a farmaci</w:t>
      </w:r>
    </w:p>
    <w:p>
      <w:r>
        <w:t>☐ allergia/ipersensibilità al lattice</w:t>
      </w:r>
    </w:p>
    <w:p>
      <w:r>
        <w:t>☐ allergia a punture di insetti</w:t>
      </w:r>
    </w:p>
    <w:p>
      <w:r>
        <w:t>☐ allergia/ipersensibilità ad altre sostanze o materiali</w:t>
      </w:r>
    </w:p>
    <w:p>
      <w:r>
        <w:t>☐ altro ______________________________________________</w:t>
      </w:r>
    </w:p>
    <w:p>
      <w:r>
        <w:t>Allergene/i, alimento/i, sostanza/e o materiale/i da evitare: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Eventuali sintomi o manifestazioni indicati nella certificazione medica: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keepNext/>
        <w:pBdr>
          <w:bottom w:val="single" w:sz="4" w:space="1" w:color="A6A6A6"/>
        </w:pBdr>
      </w:pPr>
      <w:r>
        <w:rPr>
          <w:b/>
          <w:sz w:val="22"/>
        </w:rPr>
        <w:t>MISURE DI PREVENZIONE</w:t>
      </w:r>
    </w:p>
    <w:p>
      <w:r>
        <w:t>Secondo quanto indicato nella documentazione sanitaria allegata, risultano necessarie le seguenti precauzioni:</w:t>
      </w:r>
    </w:p>
    <w:p>
      <w:r>
        <w:t>☐ evitare il consumo dell’alimento indicato;</w:t>
      </w:r>
    </w:p>
    <w:p>
      <w:r>
        <w:t>☐ evitare il contatto con la sostanza/materiale indicato;</w:t>
      </w:r>
    </w:p>
    <w:p>
      <w:r>
        <w:t>☐ dieta differenziata;</w:t>
      </w:r>
    </w:p>
    <w:p>
      <w:r>
        <w:t>☐ particolare attenzione durante laboratori, attività pratiche, viaggi, visite o uscite didattiche;</w:t>
      </w:r>
    </w:p>
    <w:p>
      <w:r>
        <w:t>☐ altre misure indicate dal medico: _________________________________________________</w:t>
      </w:r>
    </w:p>
    <w:p>
      <w:pPr>
        <w:keepNext/>
        <w:pBdr>
          <w:bottom w:val="single" w:sz="4" w:space="1" w:color="A6A6A6"/>
        </w:pBdr>
      </w:pPr>
      <w:r>
        <w:rPr>
          <w:b/>
          <w:sz w:val="22"/>
        </w:rPr>
        <w:t>EVENTUALE FARMACO DA UTILIZZARE A SCUOLA</w:t>
      </w:r>
    </w:p>
    <w:p>
      <w:r>
        <w:t>☐ NON è prevista la somministrazione di farmaci in ambito scolastico.</w:t>
      </w:r>
    </w:p>
    <w:p>
      <w:r>
        <w:t>☐ È prevista la necessità di disporre/somministrare un farmaco in ambito scolastico.</w:t>
      </w:r>
    </w:p>
    <w:p>
      <w:r>
        <w:t>☐ Si allega la specifica richiesta di somministrazione del farmaco.</w:t>
      </w:r>
    </w:p>
    <w:p>
      <w:r>
        <w:t>☐ Si allega la certificazione/prescrizione medica contenente denominazione del farmaco, dose, modalità e tempi di somministrazione, modalità di conservazione e ogni altra indicazione necessaria.</w:t>
      </w:r>
    </w:p>
    <w:p>
      <w:r>
        <w:t>Farmaco indicato dal medico: _______________________________________________________</w:t>
      </w:r>
    </w:p>
    <w:p>
      <w:r>
        <w:t>Luogo/modalità di conservazione indicata: __________________________________________</w:t>
      </w:r>
    </w:p>
    <w:p>
      <w:r>
        <w:t>La somministrazione dei farmaci sarà disciplinata secondo la specifica procedura dell’Istituto e sulla base della prescrizione sanitaria presentata.</w:t>
      </w:r>
    </w:p>
    <w:p>
      <w:pPr>
        <w:keepNext/>
        <w:pBdr>
          <w:bottom w:val="single" w:sz="4" w:space="1" w:color="A6A6A6"/>
        </w:pBdr>
      </w:pPr>
      <w:r>
        <w:rPr>
          <w:b/>
          <w:sz w:val="22"/>
        </w:rPr>
        <w:t>CONTATTI DA UTILIZZARE IN CASO DI NECESSITÀ</w:t>
      </w:r>
    </w:p>
    <w:p>
      <w:r>
        <w:t>Genitore/Tutore 1: __________________________________ Tel. __________________________</w:t>
      </w:r>
    </w:p>
    <w:p>
      <w:r>
        <w:t>Genitore/Tutore 2: __________________________________ Tel. __________________________</w:t>
      </w:r>
    </w:p>
    <w:p>
      <w:r>
        <w:t>Ulteriore contatto autorizzato: ________________________ Tel. __________________________</w:t>
      </w:r>
    </w:p>
    <w:p>
      <w:r>
        <w:t>Medico/Pediatra: _____________________________________ Tel. __________________________</w:t>
      </w:r>
    </w:p>
    <w:p>
      <w:pPr>
        <w:keepNext/>
        <w:pBdr>
          <w:bottom w:val="single" w:sz="4" w:space="1" w:color="A6A6A6"/>
        </w:pBdr>
      </w:pPr>
      <w:r>
        <w:rPr>
          <w:b/>
          <w:sz w:val="22"/>
        </w:rPr>
        <w:t>DOCUMENTAZIONE ALLEGATA</w:t>
      </w:r>
    </w:p>
    <w:p>
      <w:r>
        <w:t>☐ certificazione medica aggiornata;</w:t>
      </w:r>
    </w:p>
    <w:p>
      <w:r>
        <w:t>☐ indicazioni sanitarie relative alle misure preventive;</w:t>
      </w:r>
    </w:p>
    <w:p>
      <w:r>
        <w:t>☐ richiesta di somministrazione farmaco;</w:t>
      </w:r>
    </w:p>
    <w:p>
      <w:r>
        <w:t>☐ prescrizione medica per la somministrazione del farmaco;</w:t>
      </w:r>
    </w:p>
    <w:p>
      <w:r>
        <w:t>☐ altra documentazione: ____________________________________________________________</w:t>
      </w:r>
    </w:p>
    <w:p>
      <w:pPr>
        <w:jc w:val="both"/>
      </w:pPr>
      <w:r>
        <w:t>I sottoscritti si impegnano a comunicare tempestivamente alla Scuola qualsiasi variazione relativa alla condizione sanitaria dichiarata, alle misure preventive o all’eventuale terapia.</w:t>
      </w:r>
    </w:p>
    <w:p>
      <w:pPr>
        <w:jc w:val="both"/>
      </w:pPr>
      <w:r>
        <w:t>Dichiarano inoltre di essere consapevoli che le informazioni sanitarie saranno trattate dall’Istituzione scolastica esclusivamente per le finalità connesse alla tutela della salute e della sicurezza dell’alunno/a e nel rispetto della normativa vigente in materia di protezione dei dati personali.</w:t>
      </w:r>
    </w:p>
    <w:p>
      <w:r>
        <w:t>Sant’Arcangelo, ___ / ___ / 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shd w:fill="F5F5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Firma del padre/tutore</w:t>
            </w:r>
          </w:p>
        </w:tc>
        <w:tc>
          <w:tcPr>
            <w:tcW w:type="dxa" w:w="4929"/>
            <w:shd w:fill="F5F5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Firma della madre/tutrice</w:t>
            </w:r>
          </w:p>
        </w:tc>
      </w:tr>
      <w:tr>
        <w:tc>
          <w:tcPr>
            <w:tcW w:type="dxa" w:w="4929"/>
          </w:tcPr>
          <w:p>
            <w:r>
              <w:br/>
              <w:t>________________________________</w:t>
              <w:br/>
            </w:r>
          </w:p>
        </w:tc>
        <w:tc>
          <w:tcPr>
            <w:tcW w:type="dxa" w:w="4929"/>
          </w:tcPr>
          <w:p>
            <w:r>
              <w:br/>
              <w:t>________________________________</w:t>
              <w:br/>
            </w:r>
          </w:p>
        </w:tc>
      </w:tr>
    </w:tbl>
    <w:p>
      <w:r>
        <w:rPr>
          <w:b/>
        </w:rPr>
        <w:t xml:space="preserve">In caso di firma di un solo genitore: </w:t>
      </w:r>
      <w:r>
        <w:t>Il/La sottoscritto/a dichiara di aver effettuato la presente comunicazione nel rispetto delle disposizioni sulla responsabilità genitoriale e di aver informato l’altro genitore, ove previsto.</w:t>
      </w:r>
    </w:p>
    <w:p>
      <w:r>
        <w:t>Firma __________________________________</w:t>
      </w:r>
    </w:p>
    <w:p>
      <w:pPr>
        <w:keepNext/>
        <w:pBdr>
          <w:bottom w:val="single" w:sz="4" w:space="1" w:color="A6A6A6"/>
        </w:pBdr>
      </w:pPr>
      <w:r>
        <w:rPr>
          <w:b/>
          <w:sz w:val="22"/>
        </w:rPr>
        <w:t>RISERVATO ALL’UFFICIO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t>Data acquisizione</w:t>
            </w:r>
          </w:p>
        </w:tc>
        <w:tc>
          <w:tcPr>
            <w:tcW w:type="dxa" w:w="4929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t>__________________</w:t>
            </w:r>
          </w:p>
        </w:tc>
      </w:tr>
      <w:tr>
        <w:tc>
          <w:tcPr>
            <w:tcW w:type="dxa" w:w="4929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t>Protocollo n.</w:t>
            </w:r>
          </w:p>
        </w:tc>
        <w:tc>
          <w:tcPr>
            <w:tcW w:type="dxa" w:w="4929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t>__________________</w:t>
            </w:r>
          </w:p>
        </w:tc>
      </w:tr>
      <w:tr>
        <w:tc>
          <w:tcPr>
            <w:tcW w:type="dxa" w:w="4929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t>Esito documentazione</w:t>
            </w:r>
          </w:p>
        </w:tc>
        <w:tc>
          <w:tcPr>
            <w:tcW w:type="dxa" w:w="4929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t>☐ Completa    ☐ Da integrare</w:t>
            </w:r>
          </w:p>
        </w:tc>
      </w:tr>
      <w:tr>
        <w:tc>
          <w:tcPr>
            <w:tcW w:type="dxa" w:w="4929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t>Azioni</w:t>
            </w:r>
          </w:p>
        </w:tc>
        <w:tc>
          <w:tcPr>
            <w:tcW w:type="dxa" w:w="4929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t>☐ Necessario piano/protocollo individuale</w:t>
              <w:br/>
              <w:t>☐ Necessaria procedura somministrazione farmaci</w:t>
              <w:br/>
              <w:t>☐ Informato il Coordinatore di classe per i soli aspetti operativi</w:t>
            </w:r>
          </w:p>
        </w:tc>
      </w:tr>
      <w:tr>
        <w:tc>
          <w:tcPr>
            <w:tcW w:type="dxa" w:w="4929"/>
            <w:shd w:fill="F2F2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t>Ulteriori adempimenti</w:t>
            </w:r>
          </w:p>
        </w:tc>
        <w:tc>
          <w:tcPr>
            <w:tcW w:type="dxa" w:w="4929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t>☐ Informati i soggetti individuati dal DS</w:t>
              <w:br/>
              <w:t>☐ Comunicazione al servizio mensa, se pertinente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47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IIS “Carlo Levi” - Sant’Arcangelo (PZ) | a.s. 2026/2027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  <w:pBdr>
        <w:bottom w:val="single" w:sz="6" w:space="1" w:color="808080"/>
      </w:pBdr>
    </w:pPr>
    <w:r>
      <w:rPr>
        <w:rFonts w:ascii="Arial" w:hAnsi="Arial"/>
        <w:b/>
        <w:sz w:val="20"/>
      </w:rPr>
      <w:t>ISTITUTO D’ISTRUZIONE SUPERIORE “CARLO LEVI”</w:t>
      <w:br/>
    </w:r>
    <w:r>
      <w:rPr>
        <w:rFonts w:ascii="Arial" w:hAnsi="Arial"/>
        <w:b w:val="0"/>
        <w:sz w:val="17"/>
      </w:rPr>
      <w:t>Viale Italia, 34 - 85037 SANT’ARCANGELO (PZ)</w:t>
      <w:br/>
    </w:r>
    <w:r>
      <w:rPr>
        <w:rFonts w:ascii="Arial" w:hAnsi="Arial"/>
        <w:b w:val="0"/>
        <w:sz w:val="17"/>
      </w:rPr>
      <w:t>C.F. 82000830768 - C.M. PZIS01700R - Codice Univoco UFSXVU</w:t>
      <w:br/>
    </w:r>
    <w:r>
      <w:rPr>
        <w:rFonts w:ascii="Arial" w:hAnsi="Arial"/>
        <w:b w:val="0"/>
        <w:sz w:val="17"/>
      </w:rPr>
      <w:t>E-mail: pzis01700r@istruzione.it - PEC: pzis01700r@pec.istruzione.it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allergie e intolleranze - modello di dichiarazione</dc:title>
  <dc:subject>IIS Carlo Levi - a.s. 2026/2027</dc:subject>
  <dc:creator>IIS Carlo Levi - Sant’Arcangelo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