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0CB4" w:rsidRPr="004B13BC" w:rsidRDefault="00320CB4">
      <w:pPr>
        <w:pageBreakBefore/>
        <w:rPr>
          <w:lang w:val="it-IT"/>
        </w:rPr>
      </w:pPr>
    </w:p>
    <w:p w:rsidR="00320CB4" w:rsidRPr="004B13BC" w:rsidRDefault="00000000" w:rsidP="004B13BC">
      <w:pPr>
        <w:spacing w:after="40" w:line="259" w:lineRule="auto"/>
        <w:jc w:val="both"/>
        <w:rPr>
          <w:lang w:val="it-IT"/>
        </w:rPr>
      </w:pPr>
      <w:r w:rsidRPr="004B13BC">
        <w:rPr>
          <w:b/>
          <w:color w:val="174A7E"/>
          <w:sz w:val="26"/>
          <w:lang w:val="it-IT"/>
        </w:rPr>
        <w:t>DICHIARAZIONE DI PRESA VISIONE</w:t>
      </w:r>
    </w:p>
    <w:p w:rsidR="00320CB4" w:rsidRPr="004B13BC" w:rsidRDefault="00000000" w:rsidP="004B13BC">
      <w:pPr>
        <w:spacing w:after="140" w:line="259" w:lineRule="auto"/>
        <w:jc w:val="both"/>
        <w:rPr>
          <w:lang w:val="it-IT"/>
        </w:rPr>
      </w:pPr>
      <w:r w:rsidRPr="004B13BC">
        <w:rPr>
          <w:b/>
          <w:sz w:val="20"/>
          <w:lang w:val="it-IT"/>
        </w:rPr>
        <w:t xml:space="preserve">Fotografie, riprese video e registrazioni audio - </w:t>
      </w:r>
      <w:proofErr w:type="spellStart"/>
      <w:r w:rsidRPr="004B13BC">
        <w:rPr>
          <w:b/>
          <w:sz w:val="20"/>
          <w:lang w:val="it-IT"/>
        </w:rPr>
        <w:t>a.s.</w:t>
      </w:r>
      <w:proofErr w:type="spellEnd"/>
      <w:r w:rsidRPr="004B13BC">
        <w:rPr>
          <w:b/>
          <w:sz w:val="20"/>
          <w:lang w:val="it-IT"/>
        </w:rPr>
        <w:t xml:space="preserve"> 2026/2027</w:t>
      </w:r>
    </w:p>
    <w:p w:rsidR="00320CB4" w:rsidRPr="004B13BC" w:rsidRDefault="00000000" w:rsidP="004B13BC">
      <w:pPr>
        <w:spacing w:after="60" w:line="259" w:lineRule="auto"/>
        <w:jc w:val="both"/>
        <w:rPr>
          <w:lang w:val="it-IT"/>
        </w:rPr>
      </w:pPr>
      <w:r w:rsidRPr="004B13BC">
        <w:rPr>
          <w:b/>
          <w:sz w:val="20"/>
          <w:lang w:val="it-IT"/>
        </w:rPr>
        <w:t>Al Dirigente Scolastico dell’I.I.S. “Carlo Levi” - Sant’Arcangelo (PZ)</w:t>
      </w:r>
    </w:p>
    <w:p w:rsidR="00320CB4" w:rsidRPr="004B13BC" w:rsidRDefault="00000000" w:rsidP="004B13BC">
      <w:pPr>
        <w:spacing w:after="60" w:line="259" w:lineRule="auto"/>
        <w:jc w:val="both"/>
        <w:rPr>
          <w:lang w:val="it-IT"/>
        </w:rPr>
      </w:pPr>
      <w:r w:rsidRPr="004B13BC">
        <w:rPr>
          <w:sz w:val="19"/>
          <w:lang w:val="it-IT"/>
        </w:rPr>
        <w:t>Genitore 1 - Nome e cognome _______________________________________________</w:t>
      </w:r>
      <w:proofErr w:type="gramStart"/>
      <w:r w:rsidRPr="004B13BC">
        <w:rPr>
          <w:sz w:val="19"/>
          <w:lang w:val="it-IT"/>
        </w:rPr>
        <w:t>_  nato</w:t>
      </w:r>
      <w:proofErr w:type="gramEnd"/>
      <w:r w:rsidRPr="004B13BC">
        <w:rPr>
          <w:sz w:val="19"/>
          <w:lang w:val="it-IT"/>
        </w:rPr>
        <w:t xml:space="preserve">/a </w:t>
      </w:r>
      <w:proofErr w:type="spellStart"/>
      <w:r w:rsidRPr="004B13BC">
        <w:rPr>
          <w:sz w:val="19"/>
          <w:lang w:val="it-IT"/>
        </w:rPr>
        <w:t>a</w:t>
      </w:r>
      <w:proofErr w:type="spellEnd"/>
      <w:r w:rsidRPr="004B13BC">
        <w:rPr>
          <w:sz w:val="19"/>
          <w:lang w:val="it-IT"/>
        </w:rPr>
        <w:t xml:space="preserve"> __________________________ (____) il ____/____/________</w:t>
      </w:r>
    </w:p>
    <w:p w:rsidR="00320CB4" w:rsidRPr="004B13BC" w:rsidRDefault="00000000" w:rsidP="004B13BC">
      <w:pPr>
        <w:spacing w:after="60" w:line="259" w:lineRule="auto"/>
        <w:jc w:val="both"/>
        <w:rPr>
          <w:lang w:val="it-IT"/>
        </w:rPr>
      </w:pPr>
      <w:r w:rsidRPr="004B13BC">
        <w:rPr>
          <w:sz w:val="19"/>
          <w:lang w:val="it-IT"/>
        </w:rPr>
        <w:t>residente a ________________________________________________________________ (____)</w:t>
      </w:r>
    </w:p>
    <w:p w:rsidR="00320CB4" w:rsidRPr="004B13BC" w:rsidRDefault="00000000" w:rsidP="004B13BC">
      <w:pPr>
        <w:spacing w:after="60" w:line="259" w:lineRule="auto"/>
        <w:jc w:val="both"/>
        <w:rPr>
          <w:lang w:val="it-IT"/>
        </w:rPr>
      </w:pPr>
      <w:r w:rsidRPr="004B13BC">
        <w:rPr>
          <w:sz w:val="19"/>
          <w:lang w:val="it-IT"/>
        </w:rPr>
        <w:t>Genitore 2 - Nome e cognome _______________________________________________</w:t>
      </w:r>
      <w:proofErr w:type="gramStart"/>
      <w:r w:rsidRPr="004B13BC">
        <w:rPr>
          <w:sz w:val="19"/>
          <w:lang w:val="it-IT"/>
        </w:rPr>
        <w:t>_  nato</w:t>
      </w:r>
      <w:proofErr w:type="gramEnd"/>
      <w:r w:rsidRPr="004B13BC">
        <w:rPr>
          <w:sz w:val="19"/>
          <w:lang w:val="it-IT"/>
        </w:rPr>
        <w:t xml:space="preserve">/a </w:t>
      </w:r>
      <w:proofErr w:type="spellStart"/>
      <w:r w:rsidRPr="004B13BC">
        <w:rPr>
          <w:sz w:val="19"/>
          <w:lang w:val="it-IT"/>
        </w:rPr>
        <w:t>a</w:t>
      </w:r>
      <w:proofErr w:type="spellEnd"/>
      <w:r w:rsidRPr="004B13BC">
        <w:rPr>
          <w:sz w:val="19"/>
          <w:lang w:val="it-IT"/>
        </w:rPr>
        <w:t xml:space="preserve"> __________________________ (____) il ____/____/________</w:t>
      </w:r>
    </w:p>
    <w:p w:rsidR="00320CB4" w:rsidRPr="004B13BC" w:rsidRDefault="00000000" w:rsidP="004B13BC">
      <w:pPr>
        <w:spacing w:after="60" w:line="259" w:lineRule="auto"/>
        <w:jc w:val="both"/>
        <w:rPr>
          <w:lang w:val="it-IT"/>
        </w:rPr>
      </w:pPr>
      <w:r w:rsidRPr="004B13BC">
        <w:rPr>
          <w:sz w:val="19"/>
          <w:lang w:val="it-IT"/>
        </w:rPr>
        <w:t>residente a ________________________________________________________________ (____)</w:t>
      </w:r>
    </w:p>
    <w:p w:rsidR="00320CB4" w:rsidRPr="004B13BC" w:rsidRDefault="00000000" w:rsidP="004B13BC">
      <w:pPr>
        <w:spacing w:after="60" w:line="259" w:lineRule="auto"/>
        <w:jc w:val="both"/>
        <w:rPr>
          <w:lang w:val="it-IT"/>
        </w:rPr>
      </w:pPr>
      <w:r w:rsidRPr="004B13BC">
        <w:rPr>
          <w:sz w:val="19"/>
          <w:lang w:val="it-IT"/>
        </w:rPr>
        <w:t>in qualità di genitore/i o esercente/i la responsabilità genitoriale dello/a studente/</w:t>
      </w:r>
      <w:proofErr w:type="spellStart"/>
      <w:r w:rsidRPr="004B13BC">
        <w:rPr>
          <w:sz w:val="19"/>
          <w:lang w:val="it-IT"/>
        </w:rPr>
        <w:t>ssa</w:t>
      </w:r>
      <w:proofErr w:type="spellEnd"/>
      <w:r w:rsidRPr="004B13BC">
        <w:rPr>
          <w:sz w:val="19"/>
          <w:lang w:val="it-IT"/>
        </w:rPr>
        <w:t>:</w:t>
      </w:r>
    </w:p>
    <w:p w:rsidR="00320CB4" w:rsidRDefault="00000000" w:rsidP="004B13BC">
      <w:pPr>
        <w:spacing w:after="60" w:line="259" w:lineRule="auto"/>
        <w:jc w:val="both"/>
      </w:pPr>
      <w:r w:rsidRPr="004B13BC">
        <w:rPr>
          <w:sz w:val="19"/>
          <w:lang w:val="it-IT"/>
        </w:rPr>
        <w:t>Nome e cognome ____________________________________________________________</w:t>
      </w:r>
      <w:proofErr w:type="gramStart"/>
      <w:r w:rsidRPr="004B13BC">
        <w:rPr>
          <w:sz w:val="19"/>
          <w:lang w:val="it-IT"/>
        </w:rPr>
        <w:t>_  classe</w:t>
      </w:r>
      <w:proofErr w:type="gramEnd"/>
      <w:r w:rsidRPr="004B13BC">
        <w:rPr>
          <w:sz w:val="19"/>
          <w:lang w:val="it-IT"/>
        </w:rPr>
        <w:t xml:space="preserve"> ______  sez. </w:t>
      </w:r>
      <w:r>
        <w:rPr>
          <w:sz w:val="19"/>
        </w:rPr>
        <w:t>______</w:t>
      </w:r>
    </w:p>
    <w:p w:rsidR="00320CB4" w:rsidRDefault="00000000" w:rsidP="004B13BC">
      <w:pPr>
        <w:spacing w:after="80" w:line="259" w:lineRule="auto"/>
        <w:jc w:val="both"/>
      </w:pPr>
      <w:r>
        <w:rPr>
          <w:b/>
          <w:sz w:val="19"/>
        </w:rPr>
        <w:t xml:space="preserve">Indirizzo/Sede: </w:t>
      </w:r>
      <w:r>
        <w:rPr>
          <w:sz w:val="19"/>
        </w:rPr>
        <w:t>☐ LICEO     ☐ ITAFM/ITE     ☐ IPSASR     ☐ ITT     ☐ Corso serale</w:t>
      </w:r>
    </w:p>
    <w:p w:rsidR="00320CB4" w:rsidRDefault="00000000" w:rsidP="004B13BC">
      <w:pPr>
        <w:spacing w:before="80" w:after="100" w:line="259" w:lineRule="auto"/>
        <w:jc w:val="both"/>
      </w:pPr>
      <w:r>
        <w:rPr>
          <w:b/>
          <w:color w:val="174A7E"/>
          <w:sz w:val="22"/>
        </w:rPr>
        <w:t>DICHIARANO</w:t>
      </w:r>
    </w:p>
    <w:p w:rsidR="00320CB4" w:rsidRPr="004B13BC" w:rsidRDefault="00000000" w:rsidP="004B13BC">
      <w:pPr>
        <w:pStyle w:val="Puntoelenco"/>
        <w:spacing w:after="40" w:line="252" w:lineRule="auto"/>
        <w:ind w:left="312" w:hanging="142"/>
        <w:jc w:val="both"/>
        <w:rPr>
          <w:lang w:val="it-IT"/>
        </w:rPr>
      </w:pPr>
      <w:r w:rsidRPr="004B13BC">
        <w:rPr>
          <w:lang w:val="it-IT"/>
        </w:rPr>
        <w:t xml:space="preserve">di aver ricevuto e letto l’informativa sintetica sul trattamento di fotografie, video e registrazioni audio relativa </w:t>
      </w:r>
      <w:proofErr w:type="spellStart"/>
      <w:r w:rsidRPr="004B13BC">
        <w:rPr>
          <w:lang w:val="it-IT"/>
        </w:rPr>
        <w:t>all’a.s.</w:t>
      </w:r>
      <w:proofErr w:type="spellEnd"/>
      <w:r w:rsidRPr="004B13BC">
        <w:rPr>
          <w:lang w:val="it-IT"/>
        </w:rPr>
        <w:t xml:space="preserve"> 2026/2027;</w:t>
      </w:r>
    </w:p>
    <w:p w:rsidR="00320CB4" w:rsidRPr="004B13BC" w:rsidRDefault="00000000" w:rsidP="004B13BC">
      <w:pPr>
        <w:pStyle w:val="Puntoelenco"/>
        <w:spacing w:after="40" w:line="252" w:lineRule="auto"/>
        <w:ind w:left="312" w:hanging="142"/>
        <w:jc w:val="both"/>
        <w:rPr>
          <w:lang w:val="it-IT"/>
        </w:rPr>
      </w:pPr>
      <w:r w:rsidRPr="004B13BC">
        <w:rPr>
          <w:lang w:val="it-IT"/>
        </w:rPr>
        <w:t>di aver compreso che la realizzazione e l’utilizzo di immagini e registrazioni nell’ambito scolastico devono avvenire esclusivamente per finalità lecite, determinate e proporzionate;</w:t>
      </w:r>
    </w:p>
    <w:p w:rsidR="00320CB4" w:rsidRPr="004B13BC" w:rsidRDefault="00000000" w:rsidP="004B13BC">
      <w:pPr>
        <w:pStyle w:val="Puntoelenco"/>
        <w:spacing w:after="40" w:line="252" w:lineRule="auto"/>
        <w:ind w:left="312" w:hanging="142"/>
        <w:jc w:val="both"/>
        <w:rPr>
          <w:lang w:val="it-IT"/>
        </w:rPr>
      </w:pPr>
      <w:r w:rsidRPr="004B13BC">
        <w:rPr>
          <w:lang w:val="it-IT"/>
        </w:rPr>
        <w:t>di aver compreso che la presente dichiarazione non costituisce una liberatoria generale né un’autorizzazione indiscriminata alla pubblicazione di immagini riconoscibili dello/a studente/</w:t>
      </w:r>
      <w:proofErr w:type="spellStart"/>
      <w:r w:rsidRPr="004B13BC">
        <w:rPr>
          <w:lang w:val="it-IT"/>
        </w:rPr>
        <w:t>ssa</w:t>
      </w:r>
      <w:proofErr w:type="spellEnd"/>
      <w:r w:rsidRPr="004B13BC">
        <w:rPr>
          <w:lang w:val="it-IT"/>
        </w:rPr>
        <w:t xml:space="preserve"> su sito web, social network, stampa o altri canali pubblici;</w:t>
      </w:r>
    </w:p>
    <w:p w:rsidR="00320CB4" w:rsidRPr="004B13BC" w:rsidRDefault="00000000" w:rsidP="004B13BC">
      <w:pPr>
        <w:pStyle w:val="Puntoelenco"/>
        <w:spacing w:after="40" w:line="252" w:lineRule="auto"/>
        <w:ind w:left="312" w:hanging="142"/>
        <w:jc w:val="both"/>
        <w:rPr>
          <w:lang w:val="it-IT"/>
        </w:rPr>
      </w:pPr>
      <w:r w:rsidRPr="004B13BC">
        <w:rPr>
          <w:lang w:val="it-IT"/>
        </w:rPr>
        <w:t>di essere informati che l’Istituto privilegerà, nella comunicazione esterna, immagini non identificative o rese non riconoscibili e che l’eventuale diffusione di immagini riconoscibili richiede la preventiva verifica di uno specifico presupposto di liceità;</w:t>
      </w:r>
    </w:p>
    <w:p w:rsidR="00320CB4" w:rsidRPr="004B13BC" w:rsidRDefault="00000000" w:rsidP="004B13BC">
      <w:pPr>
        <w:pStyle w:val="Puntoelenco"/>
        <w:spacing w:after="40" w:line="252" w:lineRule="auto"/>
        <w:ind w:left="312" w:hanging="142"/>
        <w:jc w:val="both"/>
        <w:rPr>
          <w:lang w:val="it-IT"/>
        </w:rPr>
      </w:pPr>
      <w:r w:rsidRPr="004B13BC">
        <w:rPr>
          <w:lang w:val="it-IT"/>
        </w:rPr>
        <w:t>di essere informati che nessuna scelta relativa a riprese non necessarie potrà incidere negativamente sulla partecipazione dello/a studente/</w:t>
      </w:r>
      <w:proofErr w:type="spellStart"/>
      <w:r w:rsidRPr="004B13BC">
        <w:rPr>
          <w:lang w:val="it-IT"/>
        </w:rPr>
        <w:t>ssa</w:t>
      </w:r>
      <w:proofErr w:type="spellEnd"/>
      <w:r w:rsidRPr="004B13BC">
        <w:rPr>
          <w:lang w:val="it-IT"/>
        </w:rPr>
        <w:t xml:space="preserve"> alle attività didattiche.</w:t>
      </w:r>
    </w:p>
    <w:p w:rsidR="00320CB4" w:rsidRPr="004B13BC" w:rsidRDefault="00000000" w:rsidP="004B13BC">
      <w:pPr>
        <w:spacing w:before="80" w:after="60" w:line="259" w:lineRule="auto"/>
        <w:jc w:val="both"/>
        <w:rPr>
          <w:lang w:val="it-IT"/>
        </w:rPr>
      </w:pPr>
      <w:r w:rsidRPr="004B13BC">
        <w:rPr>
          <w:b/>
          <w:color w:val="174A7E"/>
          <w:sz w:val="20"/>
          <w:lang w:val="it-IT"/>
        </w:rPr>
        <w:t>Indicazione organizzativa facoltativa</w:t>
      </w:r>
    </w:p>
    <w:p w:rsidR="00320CB4" w:rsidRPr="004B13BC" w:rsidRDefault="00000000" w:rsidP="004B13BC">
      <w:pPr>
        <w:spacing w:after="80" w:line="259" w:lineRule="auto"/>
        <w:jc w:val="both"/>
        <w:rPr>
          <w:lang w:val="it-IT"/>
        </w:rPr>
      </w:pPr>
      <w:r w:rsidRPr="004B13BC">
        <w:rPr>
          <w:i/>
          <w:sz w:val="18"/>
          <w:lang w:val="it-IT"/>
        </w:rPr>
        <w:t>La seguente indicazione serve esclusivamente a facilitare l’organizzazione delle attività e non sostituisce la verifica della base giuridica del trattamento. Barrare, se desiderato, una sola casella:</w:t>
      </w:r>
    </w:p>
    <w:p w:rsidR="00320CB4" w:rsidRPr="004B13BC" w:rsidRDefault="00000000" w:rsidP="004B13BC">
      <w:pPr>
        <w:spacing w:after="60" w:line="259" w:lineRule="auto"/>
        <w:jc w:val="both"/>
        <w:rPr>
          <w:lang w:val="it-IT"/>
        </w:rPr>
      </w:pPr>
      <w:r w:rsidRPr="004B13BC">
        <w:rPr>
          <w:sz w:val="18"/>
          <w:lang w:val="it-IT"/>
        </w:rPr>
        <w:t>☐ Non formulo particolari richieste rispetto a eventuali riprese non pubbliche e non necessarie, fermo restando il rispetto della normativa e dei limiti indicati nell’informativa.</w:t>
      </w:r>
    </w:p>
    <w:p w:rsidR="00320CB4" w:rsidRPr="004B13BC" w:rsidRDefault="00000000" w:rsidP="004B13BC">
      <w:pPr>
        <w:spacing w:after="60" w:line="259" w:lineRule="auto"/>
        <w:jc w:val="both"/>
        <w:rPr>
          <w:lang w:val="it-IT"/>
        </w:rPr>
      </w:pPr>
      <w:r w:rsidRPr="004B13BC">
        <w:rPr>
          <w:sz w:val="18"/>
          <w:lang w:val="it-IT"/>
        </w:rPr>
        <w:t>☐ Chiedo che, ove compatibile con lo svolgimento delle attività istituzionali e salvo trattamenti necessari, lo/a studente/</w:t>
      </w:r>
      <w:proofErr w:type="spellStart"/>
      <w:r w:rsidRPr="004B13BC">
        <w:rPr>
          <w:sz w:val="18"/>
          <w:lang w:val="it-IT"/>
        </w:rPr>
        <w:t>ssa</w:t>
      </w:r>
      <w:proofErr w:type="spellEnd"/>
      <w:r w:rsidRPr="004B13BC">
        <w:rPr>
          <w:sz w:val="18"/>
          <w:lang w:val="it-IT"/>
        </w:rPr>
        <w:t xml:space="preserve"> non venga ripreso/a individualmente in fotografie, video o audio aventi mera finalità documentativa facoltativa.</w:t>
      </w:r>
    </w:p>
    <w:p w:rsidR="00320CB4" w:rsidRPr="004B13BC" w:rsidRDefault="00000000" w:rsidP="004B13BC">
      <w:pPr>
        <w:spacing w:before="80" w:after="80" w:line="259" w:lineRule="auto"/>
        <w:jc w:val="both"/>
        <w:rPr>
          <w:lang w:val="it-IT"/>
        </w:rPr>
      </w:pPr>
      <w:r w:rsidRPr="004B13BC">
        <w:rPr>
          <w:i/>
          <w:sz w:val="18"/>
          <w:lang w:val="it-IT"/>
        </w:rPr>
        <w:t>Non è previsto alcun compenso per l’eventuale utilizzo lecito delle immagini; restano integri tutti i diritti riconosciuti all’interessato dalla normativa vigente.</w:t>
      </w:r>
    </w:p>
    <w:p w:rsidR="00320CB4" w:rsidRDefault="00000000" w:rsidP="004B13BC">
      <w:pPr>
        <w:spacing w:before="120" w:after="120" w:line="259" w:lineRule="auto"/>
        <w:jc w:val="both"/>
      </w:pPr>
      <w:proofErr w:type="spellStart"/>
      <w:r>
        <w:rPr>
          <w:sz w:val="19"/>
        </w:rPr>
        <w:t>Luogo</w:t>
      </w:r>
      <w:proofErr w:type="spellEnd"/>
      <w:r>
        <w:rPr>
          <w:sz w:val="19"/>
        </w:rPr>
        <w:t xml:space="preserve"> e data __________________________________________</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320CB4">
        <w:trPr>
          <w:jc w:val="center"/>
        </w:trPr>
        <w:tc>
          <w:tcPr>
            <w:tcW w:w="4986" w:type="dxa"/>
          </w:tcPr>
          <w:p w:rsidR="00320CB4" w:rsidRDefault="00000000" w:rsidP="004B13BC">
            <w:pPr>
              <w:spacing w:after="0" w:line="259" w:lineRule="auto"/>
              <w:jc w:val="both"/>
            </w:pPr>
            <w:r>
              <w:rPr>
                <w:sz w:val="19"/>
              </w:rPr>
              <w:t>Genitore 1 - Firma ______________________________</w:t>
            </w:r>
          </w:p>
        </w:tc>
        <w:tc>
          <w:tcPr>
            <w:tcW w:w="4986" w:type="dxa"/>
          </w:tcPr>
          <w:p w:rsidR="00320CB4" w:rsidRDefault="00000000" w:rsidP="004B13BC">
            <w:pPr>
              <w:spacing w:after="0" w:line="259" w:lineRule="auto"/>
              <w:jc w:val="both"/>
            </w:pPr>
            <w:r>
              <w:rPr>
                <w:sz w:val="19"/>
              </w:rPr>
              <w:t>Genitore 2 - Firma ______________________________</w:t>
            </w:r>
          </w:p>
        </w:tc>
      </w:tr>
      <w:tr w:rsidR="00320CB4">
        <w:trPr>
          <w:jc w:val="center"/>
        </w:trPr>
        <w:tc>
          <w:tcPr>
            <w:tcW w:w="4986" w:type="dxa"/>
          </w:tcPr>
          <w:p w:rsidR="00320CB4" w:rsidRDefault="00320CB4" w:rsidP="004B13BC">
            <w:pPr>
              <w:spacing w:after="0" w:line="259" w:lineRule="auto"/>
              <w:jc w:val="both"/>
            </w:pPr>
          </w:p>
        </w:tc>
        <w:tc>
          <w:tcPr>
            <w:tcW w:w="4986" w:type="dxa"/>
          </w:tcPr>
          <w:p w:rsidR="00320CB4" w:rsidRDefault="00320CB4" w:rsidP="004B13BC">
            <w:pPr>
              <w:spacing w:after="0" w:line="259" w:lineRule="auto"/>
              <w:jc w:val="both"/>
            </w:pPr>
          </w:p>
        </w:tc>
      </w:tr>
    </w:tbl>
    <w:p w:rsidR="00320CB4" w:rsidRPr="004B13BC" w:rsidRDefault="00000000" w:rsidP="004B13BC">
      <w:pPr>
        <w:spacing w:before="120" w:after="40" w:line="259" w:lineRule="auto"/>
        <w:jc w:val="both"/>
        <w:rPr>
          <w:lang w:val="it-IT"/>
        </w:rPr>
      </w:pPr>
      <w:r w:rsidRPr="004B13BC">
        <w:rPr>
          <w:b/>
          <w:i/>
          <w:sz w:val="19"/>
          <w:lang w:val="it-IT"/>
        </w:rPr>
        <w:t>In caso di firma di un solo genitore:</w:t>
      </w:r>
    </w:p>
    <w:p w:rsidR="00320CB4" w:rsidRPr="004B13BC" w:rsidRDefault="00000000" w:rsidP="004B13BC">
      <w:pPr>
        <w:spacing w:after="80" w:line="240" w:lineRule="auto"/>
        <w:jc w:val="both"/>
        <w:rPr>
          <w:lang w:val="it-IT"/>
        </w:rPr>
      </w:pPr>
      <w:r w:rsidRPr="004B13BC">
        <w:rPr>
          <w:i/>
          <w:sz w:val="17"/>
          <w:lang w:val="it-IT"/>
        </w:rPr>
        <w:t>“Il/La sottoscritto/a, consapevole delle conseguenze amministrative e penali previste in caso di dichiarazioni non veritiere, ai sensi del D.P.R. 28 dicembre 2000, n. 445, dichiara di aver effettuato la presente dichiarazione nel rispetto delle disposizioni sulla responsabilità genitoriale di cui agli artt. 316, 337-ter e 337-quater c.c. e di agire anche in conformità alla volontà dell’altro genitore, ove richiesta.”</w:t>
      </w:r>
    </w:p>
    <w:p w:rsidR="00320CB4" w:rsidRPr="004B13BC" w:rsidRDefault="00000000" w:rsidP="004B13BC">
      <w:pPr>
        <w:spacing w:before="100" w:after="40" w:line="259" w:lineRule="auto"/>
        <w:jc w:val="both"/>
        <w:rPr>
          <w:lang w:val="it-IT"/>
        </w:rPr>
      </w:pPr>
      <w:r w:rsidRPr="004B13BC">
        <w:rPr>
          <w:b/>
          <w:color w:val="174A7E"/>
          <w:sz w:val="19"/>
          <w:lang w:val="it-IT"/>
        </w:rPr>
        <w:t>Per lo studente maggiorenne</w:t>
      </w:r>
    </w:p>
    <w:p w:rsidR="00320CB4" w:rsidRPr="004B13BC" w:rsidRDefault="00000000" w:rsidP="004B13BC">
      <w:pPr>
        <w:spacing w:after="60" w:line="259" w:lineRule="auto"/>
        <w:jc w:val="both"/>
        <w:rPr>
          <w:lang w:val="it-IT"/>
        </w:rPr>
      </w:pPr>
      <w:r w:rsidRPr="004B13BC">
        <w:rPr>
          <w:sz w:val="18"/>
          <w:lang w:val="it-IT"/>
        </w:rPr>
        <w:t>Il/La sottoscritto/a studente/</w:t>
      </w:r>
      <w:proofErr w:type="spellStart"/>
      <w:r w:rsidRPr="004B13BC">
        <w:rPr>
          <w:sz w:val="18"/>
          <w:lang w:val="it-IT"/>
        </w:rPr>
        <w:t>ssa</w:t>
      </w:r>
      <w:proofErr w:type="spellEnd"/>
      <w:r w:rsidRPr="004B13BC">
        <w:rPr>
          <w:sz w:val="18"/>
          <w:lang w:val="it-IT"/>
        </w:rPr>
        <w:t xml:space="preserve"> maggiorenne __________________________________________ dichiara di aver preso visione dell’informativa e sottoscrive direttamente la presente dichiarazione.</w:t>
      </w:r>
    </w:p>
    <w:p w:rsidR="00320CB4" w:rsidRPr="004B13BC" w:rsidRDefault="00000000" w:rsidP="004B13BC">
      <w:pPr>
        <w:spacing w:after="100" w:line="259" w:lineRule="auto"/>
        <w:jc w:val="both"/>
        <w:rPr>
          <w:lang w:val="it-IT"/>
        </w:rPr>
      </w:pPr>
      <w:r w:rsidRPr="004B13BC">
        <w:rPr>
          <w:sz w:val="18"/>
          <w:lang w:val="it-IT"/>
        </w:rPr>
        <w:t>Luogo e data ______________________________     Firma dello/a studente/</w:t>
      </w:r>
      <w:proofErr w:type="spellStart"/>
      <w:r w:rsidRPr="004B13BC">
        <w:rPr>
          <w:sz w:val="18"/>
          <w:lang w:val="it-IT"/>
        </w:rPr>
        <w:t>ssa</w:t>
      </w:r>
      <w:proofErr w:type="spellEnd"/>
      <w:r w:rsidRPr="004B13BC">
        <w:rPr>
          <w:sz w:val="18"/>
          <w:lang w:val="it-IT"/>
        </w:rPr>
        <w:t xml:space="preserve"> ______________________________</w:t>
      </w:r>
    </w:p>
    <w:p w:rsidR="00320CB4" w:rsidRPr="004B13BC" w:rsidRDefault="00000000" w:rsidP="004B13BC">
      <w:pPr>
        <w:spacing w:before="100" w:after="0" w:line="259" w:lineRule="auto"/>
        <w:jc w:val="both"/>
        <w:rPr>
          <w:lang w:val="it-IT"/>
        </w:rPr>
      </w:pPr>
      <w:r w:rsidRPr="004B13BC">
        <w:rPr>
          <w:b/>
          <w:color w:val="174A7E"/>
          <w:sz w:val="17"/>
          <w:lang w:val="it-IT"/>
        </w:rPr>
        <w:t xml:space="preserve">Informativa privacy completa e contatti del RPD/DPO: </w:t>
      </w:r>
      <w:hyperlink r:id="rId8" w:history="1">
        <w:r w:rsidRPr="004B13BC">
          <w:rPr>
            <w:rStyle w:val="Collegamentoipertestuale"/>
            <w:b/>
            <w:sz w:val="17"/>
            <w:lang w:val="it-IT"/>
          </w:rPr>
          <w:t>consultare la sezione “Privacy” del sito istituzionale dell’Istituto</w:t>
        </w:r>
      </w:hyperlink>
      <w:r w:rsidRPr="004B13BC">
        <w:rPr>
          <w:b/>
          <w:color w:val="174A7E"/>
          <w:sz w:val="17"/>
          <w:lang w:val="it-IT"/>
        </w:rPr>
        <w:t>.</w:t>
      </w:r>
    </w:p>
    <w:sectPr w:rsidR="00320CB4" w:rsidRPr="004B13BC" w:rsidSect="00034616">
      <w:footerReference w:type="default" r:id="rId9"/>
      <w:pgSz w:w="12240" w:h="15840"/>
      <w:pgMar w:top="879" w:right="1134" w:bottom="87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5447E" w:rsidRDefault="00A5447E">
      <w:pPr>
        <w:spacing w:after="0" w:line="240" w:lineRule="auto"/>
      </w:pPr>
      <w:r>
        <w:separator/>
      </w:r>
    </w:p>
  </w:endnote>
  <w:endnote w:type="continuationSeparator" w:id="0">
    <w:p w:rsidR="00A5447E" w:rsidRDefault="00A54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0CB4" w:rsidRPr="004B13BC" w:rsidRDefault="00000000">
    <w:pPr>
      <w:pStyle w:val="Pidipagina"/>
      <w:jc w:val="center"/>
      <w:rPr>
        <w:lang w:val="it-IT"/>
      </w:rPr>
    </w:pPr>
    <w:r w:rsidRPr="004B13BC">
      <w:rPr>
        <w:color w:val="777777"/>
        <w:sz w:val="16"/>
        <w:lang w:val="it-IT"/>
      </w:rPr>
      <w:t>I.I.S. “Carlo Levi” - a.s.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5447E" w:rsidRDefault="00A5447E">
      <w:pPr>
        <w:spacing w:after="0" w:line="240" w:lineRule="auto"/>
      </w:pPr>
      <w:r>
        <w:separator/>
      </w:r>
    </w:p>
  </w:footnote>
  <w:footnote w:type="continuationSeparator" w:id="0">
    <w:p w:rsidR="00A5447E" w:rsidRDefault="00A54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18936577">
    <w:abstractNumId w:val="8"/>
  </w:num>
  <w:num w:numId="2" w16cid:durableId="1315992558">
    <w:abstractNumId w:val="6"/>
  </w:num>
  <w:num w:numId="3" w16cid:durableId="757990797">
    <w:abstractNumId w:val="5"/>
  </w:num>
  <w:num w:numId="4" w16cid:durableId="2101875418">
    <w:abstractNumId w:val="4"/>
  </w:num>
  <w:num w:numId="5" w16cid:durableId="869491121">
    <w:abstractNumId w:val="7"/>
  </w:num>
  <w:num w:numId="6" w16cid:durableId="494420400">
    <w:abstractNumId w:val="3"/>
  </w:num>
  <w:num w:numId="7" w16cid:durableId="1607928213">
    <w:abstractNumId w:val="2"/>
  </w:num>
  <w:num w:numId="8" w16cid:durableId="1194608243">
    <w:abstractNumId w:val="1"/>
  </w:num>
  <w:num w:numId="9" w16cid:durableId="1495342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0CB4"/>
    <w:rsid w:val="00326F90"/>
    <w:rsid w:val="004B13BC"/>
    <w:rsid w:val="00A5447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23BD2D"/>
  <w14:defaultImageDpi w14:val="300"/>
  <w15:docId w15:val="{0FA0C7A1-6CE1-9C4D-B1F4-14119DC6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rPr>
      <w:sz w:val="20"/>
    </w:r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4B13BC"/>
    <w:rPr>
      <w:color w:val="0000FF" w:themeColor="hyperlink"/>
      <w:u w:val="single"/>
    </w:rPr>
  </w:style>
  <w:style w:type="character" w:styleId="Menzionenonrisolta">
    <w:name w:val="Unresolved Mention"/>
    <w:basedOn w:val="Carpredefinitoparagrafo"/>
    <w:uiPriority w:val="99"/>
    <w:semiHidden/>
    <w:unhideWhenUsed/>
    <w:rsid w:val="004B1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isantarcangelo.edu.it/?s=privacy&amp;type=an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2026-09-09T18:40:00Z</dcterms:modified>
  <cp:category/>
</cp:coreProperties>
</file>