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 w:rsidRPr="00FD0A37">
        <w:trPr>
          <w:jc w:val="center"/>
        </w:trPr>
        <w:tc>
          <w:tcPr>
            <w:tcW w:w="10312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jc w:val="center"/>
              <w:rPr>
                <w:lang w:val="it-IT"/>
              </w:rPr>
            </w:pPr>
            <w:r w:rsidRPr="00FD0A37">
              <w:rPr>
                <w:b/>
                <w:color w:val="1F4E79"/>
                <w:sz w:val="26"/>
                <w:lang w:val="it-IT"/>
              </w:rPr>
              <w:t>F1 – PROPOSTA DI PROGETTO DA INSERIRE NEL PIANO DELL’OFFERTA FORMATIVA</w:t>
            </w:r>
          </w:p>
        </w:tc>
      </w:tr>
    </w:tbl>
    <w:p w:rsidR="008375F3" w:rsidRPr="00FD0A37" w:rsidRDefault="00000000">
      <w:pPr>
        <w:spacing w:after="160"/>
        <w:jc w:val="center"/>
        <w:rPr>
          <w:lang w:val="it-IT"/>
        </w:rPr>
      </w:pPr>
      <w:proofErr w:type="spellStart"/>
      <w:r w:rsidRPr="00FD0A37">
        <w:rPr>
          <w:b/>
          <w:sz w:val="20"/>
          <w:lang w:val="it-IT"/>
        </w:rPr>
        <w:t>a.s.</w:t>
      </w:r>
      <w:proofErr w:type="spellEnd"/>
      <w:r w:rsidRPr="00FD0A37">
        <w:rPr>
          <w:b/>
          <w:sz w:val="20"/>
          <w:lang w:val="it-IT"/>
        </w:rPr>
        <w:t xml:space="preserve"> 2026/2027 – attività in orario extracurricolare</w:t>
      </w:r>
      <w:r w:rsidR="00FD0A37" w:rsidRPr="00FD0A37">
        <w:rPr>
          <w:b/>
          <w:sz w:val="20"/>
          <w:lang w:val="it-IT"/>
        </w:rPr>
        <w:t xml:space="preserve"> o</w:t>
      </w:r>
      <w:r w:rsidR="00FD0A37">
        <w:rPr>
          <w:b/>
          <w:sz w:val="20"/>
          <w:lang w:val="it-IT"/>
        </w:rPr>
        <w:t xml:space="preserve"> curriculare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1.1 – TITOLO DEL PROGETTO</w:t>
            </w:r>
          </w:p>
        </w:tc>
      </w:tr>
      <w:tr w:rsidR="008375F3" w:rsidRPr="00FD0A37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Titolo:</w:t>
            </w:r>
          </w:p>
          <w:p w:rsidR="008375F3" w:rsidRPr="00FD0A37" w:rsidRDefault="00000000">
            <w:pPr>
              <w:spacing w:after="40"/>
              <w:rPr>
                <w:lang w:val="it-IT"/>
              </w:rPr>
            </w:pPr>
            <w:r w:rsidRPr="00FD0A37">
              <w:rPr>
                <w:color w:val="888888"/>
                <w:sz w:val="16"/>
                <w:lang w:val="it-IT"/>
              </w:rPr>
              <w:t>________________________________________________________________________________</w:t>
            </w:r>
            <w:r w:rsidR="00FD0A37" w:rsidRPr="00FD0A37">
              <w:rPr>
                <w:color w:val="888888"/>
                <w:sz w:val="16"/>
                <w:lang w:val="it-IT"/>
              </w:rPr>
              <w:t>INDICARE SE EXTRA O</w:t>
            </w:r>
            <w:r w:rsidR="00FD0A37">
              <w:rPr>
                <w:color w:val="888888"/>
                <w:sz w:val="16"/>
                <w:lang w:val="it-IT"/>
              </w:rPr>
              <w:t xml:space="preserve"> CURICULARE</w:t>
            </w:r>
          </w:p>
        </w:tc>
      </w:tr>
    </w:tbl>
    <w:p w:rsidR="008375F3" w:rsidRPr="00FD0A37" w:rsidRDefault="008375F3">
      <w:pPr>
        <w:spacing w:after="20"/>
        <w:rPr>
          <w:lang w:val="it-I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1.1.2 – TIPOLOGIA / AREA DEL PROGETTO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Area disciplinare / trasversale / inclusione / orientamento / benessere / cittadinanza / altro: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1.1.3 – SEDE / INDIRIZZO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Sede/i di svolgimento (Sant’Arcangelo / Corleto Perticara / altro spazio autorizzato):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1.2 – RESPONSABILE DEL PROGETTO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Docente responsabile – cognome e nome / disciplina / classe di concorso: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1.3 – DESTINATARI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Classi / gruppi / numero massimo di partecipanti / criteri di individuazione: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 w:rsidRPr="00FD0A37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color w:val="FFFFFF"/>
                <w:lang w:val="it-IT"/>
              </w:rPr>
              <w:t>1.4 – FINALITÀ E COERENZA CON PTOF – RAV – PIANO DI MIGLIORAMENTO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Indicare le finalità formative prioritarie, le priorità/traguardi del RAV e gli obiettivi del PTOF/</w:t>
            </w:r>
            <w:proofErr w:type="spellStart"/>
            <w:r w:rsidRPr="00FD0A37">
              <w:rPr>
                <w:b/>
                <w:sz w:val="19"/>
                <w:lang w:val="it-IT"/>
              </w:rPr>
              <w:t>PdM</w:t>
            </w:r>
            <w:proofErr w:type="spellEnd"/>
            <w:r w:rsidRPr="00FD0A37">
              <w:rPr>
                <w:b/>
                <w:sz w:val="19"/>
                <w:lang w:val="it-IT"/>
              </w:rPr>
              <w:t xml:space="preserve"> cui il progetto contribuisce: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1.5 – OBIETTIVI E RISULTATI ATTESI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Descrivere obiettivi osservabili e misurabili, conoscenze/abilità/competenze attese e indicatori di risultato: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lastRenderedPageBreak/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1.6 – ATTIVITÀ PREVISTE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Descrivere sinteticamente le principali attività/fasi operative: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1.7 – METODOLOGIE E STRATEGIE INCLUSIVE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Metodologie didattiche, approccio laboratoriale, strumenti digitali, personalizzazione/inclusione: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 w:rsidRPr="00FD0A37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color w:val="FFFFFF"/>
                <w:lang w:val="it-IT"/>
              </w:rPr>
              <w:t>1.8 – RAPPORTI CON IL TERRITORIO / PARTNER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Enti, associazioni, esperti, aziende o altre collaborazioni eventualmente previste (specificare ruolo e modalità):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1.9 – DURATA E TEMPI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Periodo previsto: ___________________</w:t>
            </w:r>
            <w:proofErr w:type="gramStart"/>
            <w:r w:rsidRPr="00FD0A37">
              <w:rPr>
                <w:b/>
                <w:sz w:val="19"/>
                <w:lang w:val="it-IT"/>
              </w:rPr>
              <w:t>_  Monte</w:t>
            </w:r>
            <w:proofErr w:type="gramEnd"/>
            <w:r w:rsidRPr="00FD0A37">
              <w:rPr>
                <w:b/>
                <w:sz w:val="19"/>
                <w:lang w:val="it-IT"/>
              </w:rPr>
              <w:t xml:space="preserve"> ore complessivo: ______  N. incontri: 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Giorni/orari indicativi e modalità di svolgimento: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p w:rsidR="008375F3" w:rsidRDefault="00000000">
      <w:pPr>
        <w:spacing w:before="100" w:after="80"/>
      </w:pPr>
      <w:r>
        <w:rPr>
          <w:b/>
          <w:color w:val="1F4E79"/>
        </w:rPr>
        <w:t>1.10 – RISORSE PROFESSIONALI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8375F3">
        <w:trPr>
          <w:tblHeader/>
          <w:jc w:val="center"/>
        </w:trPr>
        <w:tc>
          <w:tcPr>
            <w:tcW w:w="2578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Nominativo</w:t>
            </w:r>
          </w:p>
        </w:tc>
        <w:tc>
          <w:tcPr>
            <w:tcW w:w="2578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Ruolo / funzione</w:t>
            </w:r>
          </w:p>
        </w:tc>
        <w:tc>
          <w:tcPr>
            <w:tcW w:w="2578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N. ore previste</w:t>
            </w:r>
          </w:p>
        </w:tc>
        <w:tc>
          <w:tcPr>
            <w:tcW w:w="2578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Compiti</w:t>
            </w:r>
          </w:p>
        </w:tc>
      </w:tr>
      <w:tr w:rsidR="008375F3">
        <w:trPr>
          <w:jc w:val="center"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</w:tr>
      <w:tr w:rsidR="008375F3">
        <w:trPr>
          <w:jc w:val="center"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</w:tr>
      <w:tr w:rsidR="008375F3">
        <w:trPr>
          <w:jc w:val="center"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</w:tr>
      <w:tr w:rsidR="008375F3">
        <w:trPr>
          <w:jc w:val="center"/>
        </w:trPr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  <w:tc>
          <w:tcPr>
            <w:tcW w:w="25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8375F3">
            <w:pPr>
              <w:spacing w:after="0"/>
            </w:pPr>
          </w:p>
        </w:tc>
      </w:tr>
    </w:tbl>
    <w:p w:rsidR="008375F3" w:rsidRDefault="00000000">
      <w:pPr>
        <w:spacing w:before="100" w:after="80"/>
      </w:pPr>
      <w:r>
        <w:rPr>
          <w:b/>
          <w:color w:val="1F4E79"/>
        </w:rPr>
        <w:t>1.11 – BENI, SERVIZI E RISORSE LOGISTICHE</w:t>
      </w:r>
    </w:p>
    <w:p w:rsidR="008375F3" w:rsidRDefault="00000000">
      <w:r>
        <w:rPr>
          <w:b/>
        </w:rPr>
        <w:t xml:space="preserve">Spazi / laboratori richiesti: </w:t>
      </w:r>
      <w:r>
        <w:t>________________________________________________________________________________</w:t>
      </w:r>
    </w:p>
    <w:p w:rsidR="008375F3" w:rsidRDefault="00000000">
      <w:r>
        <w:rPr>
          <w:b/>
        </w:rPr>
        <w:lastRenderedPageBreak/>
        <w:t xml:space="preserve">Attrezzature / strumenti: </w:t>
      </w:r>
      <w:r>
        <w:t>________________________________________________________________________________</w:t>
      </w:r>
    </w:p>
    <w:p w:rsidR="008375F3" w:rsidRPr="00FD0A37" w:rsidRDefault="00000000">
      <w:pPr>
        <w:rPr>
          <w:lang w:val="it-IT"/>
        </w:rPr>
      </w:pPr>
      <w:r w:rsidRPr="00FD0A37">
        <w:rPr>
          <w:b/>
          <w:lang w:val="it-IT"/>
        </w:rPr>
        <w:t xml:space="preserve">Materiali da acquistare (specificare e motivare): </w:t>
      </w:r>
      <w:r w:rsidRPr="00FD0A37">
        <w:rPr>
          <w:lang w:val="it-IT"/>
        </w:rPr>
        <w:t>________________________________________________________________________________</w:t>
      </w:r>
    </w:p>
    <w:p w:rsidR="008375F3" w:rsidRPr="00FD0A37" w:rsidRDefault="00000000">
      <w:pPr>
        <w:rPr>
          <w:lang w:val="it-IT"/>
        </w:rPr>
      </w:pPr>
      <w:r w:rsidRPr="00FD0A37">
        <w:rPr>
          <w:b/>
          <w:lang w:val="it-IT"/>
        </w:rPr>
        <w:t xml:space="preserve">Eventuali esigenze del personale ATA: </w:t>
      </w:r>
      <w:r w:rsidRPr="00FD0A37">
        <w:rPr>
          <w:lang w:val="it-IT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1.12 – MONITORAGGIO E VALUTAZIONE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Indicare strumenti, tempi e modalità di verifica dei risultati e della partecipazione: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8375F3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color w:val="FFFFFF"/>
              </w:rPr>
              <w:t>1.13 – PRODOTTI FINALI E DISSEMINAZIONE</w:t>
            </w:r>
          </w:p>
        </w:tc>
      </w:tr>
      <w:tr w:rsidR="008375F3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Pr="00FD0A37" w:rsidRDefault="00000000">
            <w:pPr>
              <w:spacing w:after="0"/>
              <w:rPr>
                <w:lang w:val="it-IT"/>
              </w:rPr>
            </w:pPr>
            <w:r w:rsidRPr="00FD0A37">
              <w:rPr>
                <w:b/>
                <w:sz w:val="19"/>
                <w:lang w:val="it-IT"/>
              </w:rPr>
              <w:t>Elaborati, eventi, prodotti digitali, restituzioni, pubblicazioni o altre evidenze finali: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8375F3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8375F3" w:rsidRDefault="008375F3">
      <w:pPr>
        <w:spacing w:after="20"/>
      </w:pPr>
    </w:p>
    <w:p w:rsidR="008375F3" w:rsidRDefault="00000000">
      <w:pPr>
        <w:spacing w:before="100" w:after="80"/>
      </w:pPr>
      <w:r>
        <w:rPr>
          <w:b/>
          <w:color w:val="1F4E79"/>
        </w:rPr>
        <w:t>1.14 – QUADRO SINTETICO DELLE RISORSE RICHIESTE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8375F3">
        <w:trPr>
          <w:jc w:val="center"/>
        </w:trPr>
        <w:tc>
          <w:tcPr>
            <w:tcW w:w="3437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Voce</w:t>
            </w:r>
          </w:p>
        </w:tc>
        <w:tc>
          <w:tcPr>
            <w:tcW w:w="3437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Quantità / ore</w:t>
            </w:r>
          </w:p>
        </w:tc>
        <w:tc>
          <w:tcPr>
            <w:tcW w:w="3437" w:type="dxa"/>
            <w:shd w:val="clear" w:color="auto" w:fill="1F4E7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Note</w:t>
            </w:r>
          </w:p>
        </w:tc>
      </w:tr>
      <w:tr w:rsidR="008375F3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sz w:val="18"/>
              </w:rPr>
              <w:t>Ore docenti</w:t>
            </w:r>
          </w:p>
        </w:tc>
        <w:tc>
          <w:tcPr>
            <w:tcW w:w="3437" w:type="dxa"/>
          </w:tcPr>
          <w:p w:rsidR="008375F3" w:rsidRDefault="008375F3"/>
        </w:tc>
        <w:tc>
          <w:tcPr>
            <w:tcW w:w="3437" w:type="dxa"/>
          </w:tcPr>
          <w:p w:rsidR="008375F3" w:rsidRDefault="008375F3"/>
        </w:tc>
      </w:tr>
      <w:tr w:rsidR="008375F3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sz w:val="18"/>
              </w:rPr>
              <w:t>Ore personale ATA</w:t>
            </w:r>
          </w:p>
        </w:tc>
        <w:tc>
          <w:tcPr>
            <w:tcW w:w="3437" w:type="dxa"/>
          </w:tcPr>
          <w:p w:rsidR="008375F3" w:rsidRDefault="008375F3"/>
        </w:tc>
        <w:tc>
          <w:tcPr>
            <w:tcW w:w="3437" w:type="dxa"/>
          </w:tcPr>
          <w:p w:rsidR="008375F3" w:rsidRDefault="008375F3"/>
        </w:tc>
      </w:tr>
      <w:tr w:rsidR="008375F3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sz w:val="18"/>
              </w:rPr>
              <w:t>Materiali/beni</w:t>
            </w:r>
          </w:p>
        </w:tc>
        <w:tc>
          <w:tcPr>
            <w:tcW w:w="3437" w:type="dxa"/>
          </w:tcPr>
          <w:p w:rsidR="008375F3" w:rsidRDefault="008375F3"/>
        </w:tc>
        <w:tc>
          <w:tcPr>
            <w:tcW w:w="3437" w:type="dxa"/>
          </w:tcPr>
          <w:p w:rsidR="008375F3" w:rsidRDefault="008375F3"/>
        </w:tc>
      </w:tr>
      <w:tr w:rsidR="008375F3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8375F3" w:rsidRDefault="00000000">
            <w:pPr>
              <w:spacing w:after="0"/>
            </w:pPr>
            <w:r>
              <w:rPr>
                <w:b/>
                <w:sz w:val="18"/>
              </w:rPr>
              <w:t>Altro</w:t>
            </w:r>
          </w:p>
        </w:tc>
        <w:tc>
          <w:tcPr>
            <w:tcW w:w="3437" w:type="dxa"/>
          </w:tcPr>
          <w:p w:rsidR="008375F3" w:rsidRDefault="008375F3"/>
        </w:tc>
        <w:tc>
          <w:tcPr>
            <w:tcW w:w="3437" w:type="dxa"/>
          </w:tcPr>
          <w:p w:rsidR="008375F3" w:rsidRDefault="008375F3"/>
        </w:tc>
      </w:tr>
    </w:tbl>
    <w:p w:rsidR="008375F3" w:rsidRPr="00FD0A37" w:rsidRDefault="00000000">
      <w:pPr>
        <w:pStyle w:val="SmallNote"/>
        <w:rPr>
          <w:lang w:val="it-IT"/>
        </w:rPr>
      </w:pPr>
      <w:r w:rsidRPr="00FD0A37">
        <w:rPr>
          <w:lang w:val="it-IT"/>
        </w:rPr>
        <w:t>La proposta è soggetta ad approvazione degli Organi collegiali, verifica di compatibilità finanziaria e formale autorizzazione del Dirigente scolastico. Nessuna attività può essere avviata prima dell’autorizzazione.</w:t>
      </w:r>
    </w:p>
    <w:p w:rsidR="008375F3" w:rsidRPr="00FD0A37" w:rsidRDefault="00000000">
      <w:pPr>
        <w:rPr>
          <w:lang w:val="it-IT"/>
        </w:rPr>
      </w:pPr>
      <w:r w:rsidRPr="00FD0A37">
        <w:rPr>
          <w:b/>
          <w:lang w:val="it-IT"/>
        </w:rPr>
        <w:t xml:space="preserve">Luogo e data: </w:t>
      </w:r>
      <w:r w:rsidRPr="00FD0A37">
        <w:rPr>
          <w:lang w:val="it-IT"/>
        </w:rPr>
        <w:t>________________________________________________________________________________</w:t>
      </w:r>
    </w:p>
    <w:p w:rsidR="008375F3" w:rsidRPr="00FD0A37" w:rsidRDefault="00000000">
      <w:pPr>
        <w:jc w:val="right"/>
        <w:rPr>
          <w:lang w:val="it-IT"/>
        </w:rPr>
      </w:pPr>
      <w:r w:rsidRPr="00FD0A37">
        <w:rPr>
          <w:b/>
          <w:lang w:val="it-IT"/>
        </w:rPr>
        <w:t>IL/LA RESPONSABILE DEL PROGETTO</w:t>
      </w:r>
      <w:r w:rsidRPr="00FD0A37">
        <w:rPr>
          <w:b/>
          <w:lang w:val="it-IT"/>
        </w:rPr>
        <w:br/>
        <w:t>______________________________</w:t>
      </w:r>
    </w:p>
    <w:sectPr w:rsidR="008375F3" w:rsidRPr="00FD0A37" w:rsidSect="00034616">
      <w:headerReference w:type="default" r:id="rId8"/>
      <w:footerReference w:type="default" r:id="rId9"/>
      <w:pgSz w:w="12240" w:h="15840"/>
      <w:pgMar w:top="2098" w:right="964" w:bottom="102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38A5" w:rsidRDefault="006E38A5">
      <w:pPr>
        <w:spacing w:after="0" w:line="240" w:lineRule="auto"/>
      </w:pPr>
      <w:r>
        <w:separator/>
      </w:r>
    </w:p>
  </w:endnote>
  <w:endnote w:type="continuationSeparator" w:id="0">
    <w:p w:rsidR="006E38A5" w:rsidRDefault="006E3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75F3" w:rsidRPr="00FD0A37" w:rsidRDefault="00000000">
    <w:pPr>
      <w:pStyle w:val="Pidipagina"/>
      <w:jc w:val="center"/>
      <w:rPr>
        <w:lang w:val="it-IT"/>
      </w:rPr>
    </w:pPr>
    <w:r w:rsidRPr="00FD0A37">
      <w:rPr>
        <w:color w:val="1F4E79"/>
        <w:sz w:val="14"/>
        <w:lang w:val="it-IT"/>
      </w:rPr>
      <w:t>C.F. 82000830768 • C.M. PZIS01700R • Codice Univoco UFSXVU • Tel. 0973 611826</w:t>
    </w:r>
  </w:p>
  <w:p w:rsidR="008375F3" w:rsidRPr="00FD0A37" w:rsidRDefault="00000000">
    <w:pPr>
      <w:spacing w:after="0"/>
      <w:jc w:val="center"/>
      <w:rPr>
        <w:lang w:val="it-IT"/>
      </w:rPr>
    </w:pPr>
    <w:r w:rsidRPr="00FD0A37">
      <w:rPr>
        <w:color w:val="1F4E79"/>
        <w:sz w:val="14"/>
        <w:lang w:val="it-IT"/>
      </w:rPr>
      <w:t>pzis01700r@istruzione.it • pzis01700r@pec.istruzione.it • www.isisantarcangelo.edu.it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38A5" w:rsidRDefault="006E38A5">
      <w:pPr>
        <w:spacing w:after="0" w:line="240" w:lineRule="auto"/>
      </w:pPr>
      <w:r>
        <w:separator/>
      </w:r>
    </w:p>
  </w:footnote>
  <w:footnote w:type="continuationSeparator" w:id="0">
    <w:p w:rsidR="006E38A5" w:rsidRDefault="006E3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75F3" w:rsidRPr="00FD0A37" w:rsidRDefault="00000000">
    <w:pPr>
      <w:pStyle w:val="Intestazione"/>
      <w:jc w:val="center"/>
      <w:rPr>
        <w:lang w:val="it-IT"/>
      </w:rPr>
    </w:pPr>
    <w:r w:rsidRPr="00FD0A37">
      <w:rPr>
        <w:b/>
        <w:color w:val="D9A300"/>
        <w:sz w:val="17"/>
        <w:lang w:val="it-IT"/>
      </w:rPr>
      <w:t>MINISTERO DELL’ISTRUZIONE E DEL MERITO</w:t>
    </w:r>
  </w:p>
  <w:p w:rsidR="008375F3" w:rsidRPr="00FD0A37" w:rsidRDefault="00000000">
    <w:pPr>
      <w:spacing w:after="0"/>
      <w:jc w:val="center"/>
      <w:rPr>
        <w:lang w:val="it-IT"/>
      </w:rPr>
    </w:pPr>
    <w:r w:rsidRPr="00FD0A37">
      <w:rPr>
        <w:b/>
        <w:color w:val="1F4E79"/>
        <w:sz w:val="26"/>
        <w:lang w:val="it-IT"/>
      </w:rPr>
      <w:t>ISTITUTO D’ISTRUZIONE SUPERIORE “CARLO LEVI”</w:t>
    </w:r>
  </w:p>
  <w:p w:rsidR="008375F3" w:rsidRPr="00FD0A37" w:rsidRDefault="00000000">
    <w:pPr>
      <w:spacing w:after="0"/>
      <w:jc w:val="center"/>
      <w:rPr>
        <w:lang w:val="it-IT"/>
      </w:rPr>
    </w:pPr>
    <w:r w:rsidRPr="00FD0A37">
      <w:rPr>
        <w:sz w:val="17"/>
        <w:lang w:val="it-IT"/>
      </w:rPr>
      <w:t>Viale Italia, 34 · 85037 Sant’Arcangelo (PZ)</w:t>
    </w:r>
  </w:p>
  <w:p w:rsidR="008375F3" w:rsidRPr="00FD0A37" w:rsidRDefault="00000000">
    <w:pPr>
      <w:spacing w:after="0"/>
      <w:jc w:val="center"/>
      <w:rPr>
        <w:lang w:val="it-IT"/>
      </w:rPr>
    </w:pPr>
    <w:r w:rsidRPr="00FD0A37">
      <w:rPr>
        <w:b/>
        <w:color w:val="1F4E79"/>
        <w:sz w:val="18"/>
        <w:lang w:val="it-IT"/>
      </w:rPr>
      <w:t>LICEO • ITAFM • IPSASR • ITT</w:t>
    </w:r>
  </w:p>
  <w:p w:rsidR="008375F3" w:rsidRPr="00FD0A37" w:rsidRDefault="00000000">
    <w:pPr>
      <w:pBdr>
        <w:bottom w:val="single" w:sz="8" w:space="2" w:color="D9A300"/>
      </w:pBdr>
      <w:spacing w:after="40"/>
      <w:jc w:val="center"/>
      <w:rPr>
        <w:lang w:val="it-IT"/>
      </w:rPr>
    </w:pPr>
    <w:r w:rsidRPr="00FD0A37">
      <w:rPr>
        <w:sz w:val="14"/>
        <w:lang w:val="it-IT"/>
      </w:rPr>
      <w:t>Liceo Scientifico · Scienze Applicate · Linguistico | ITAFM | IPSASR “G. Fortunato” · Corso Serale | ITT Chimica, materiali e biotecnologie – Corleto Perticara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8096500">
    <w:abstractNumId w:val="8"/>
  </w:num>
  <w:num w:numId="2" w16cid:durableId="1800762875">
    <w:abstractNumId w:val="6"/>
  </w:num>
  <w:num w:numId="3" w16cid:durableId="1341396498">
    <w:abstractNumId w:val="5"/>
  </w:num>
  <w:num w:numId="4" w16cid:durableId="848105414">
    <w:abstractNumId w:val="4"/>
  </w:num>
  <w:num w:numId="5" w16cid:durableId="1968732208">
    <w:abstractNumId w:val="7"/>
  </w:num>
  <w:num w:numId="6" w16cid:durableId="114061686">
    <w:abstractNumId w:val="3"/>
  </w:num>
  <w:num w:numId="7" w16cid:durableId="1004166880">
    <w:abstractNumId w:val="2"/>
  </w:num>
  <w:num w:numId="8" w16cid:durableId="1909613505">
    <w:abstractNumId w:val="1"/>
  </w:num>
  <w:num w:numId="9" w16cid:durableId="33522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38A5"/>
    <w:rsid w:val="008375F3"/>
    <w:rsid w:val="00AA1D8D"/>
    <w:rsid w:val="00B47730"/>
    <w:rsid w:val="00CB0664"/>
    <w:rsid w:val="00FC693F"/>
    <w:rsid w:val="00FD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28867"/>
  <w14:defaultImageDpi w14:val="300"/>
  <w15:docId w15:val="{4C71F558-F8D0-7449-B577-4D099B30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2026-09-19T04:23:00Z</dcterms:modified>
  <cp:category/>
</cp:coreProperties>
</file>