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912"/>
      </w:tblGrid>
      <w:tr w:rsidR="00730F5E" w:rsidRPr="00333CA8">
        <w:trPr>
          <w:jc w:val="center"/>
        </w:trPr>
        <w:tc>
          <w:tcPr>
            <w:tcW w:w="13912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Pr="00333CA8" w:rsidRDefault="00000000">
            <w:pPr>
              <w:spacing w:after="0"/>
              <w:jc w:val="center"/>
              <w:rPr>
                <w:b/>
                <w:color w:val="1F4E79"/>
                <w:sz w:val="26"/>
                <w:lang w:val="it-IT"/>
              </w:rPr>
            </w:pPr>
            <w:r w:rsidRPr="00333CA8">
              <w:rPr>
                <w:b/>
                <w:color w:val="1F4E79"/>
                <w:sz w:val="26"/>
                <w:lang w:val="it-IT"/>
              </w:rPr>
              <w:t>F2 – ELENCO ALUNNI E CALENDARIO DEGLI INCONTRI</w:t>
            </w:r>
          </w:p>
          <w:p w:rsidR="00333CA8" w:rsidRPr="00333CA8" w:rsidRDefault="00333CA8">
            <w:pPr>
              <w:spacing w:after="0"/>
              <w:jc w:val="center"/>
              <w:rPr>
                <w:lang w:val="it-IT"/>
              </w:rPr>
            </w:pPr>
            <w:r w:rsidRPr="00333CA8">
              <w:rPr>
                <w:color w:val="1F4E79"/>
                <w:sz w:val="26"/>
                <w:lang w:val="it-IT"/>
              </w:rPr>
              <w:t>Solo per progetti extra c</w:t>
            </w:r>
            <w:r>
              <w:rPr>
                <w:color w:val="1F4E79"/>
                <w:sz w:val="26"/>
                <w:lang w:val="it-IT"/>
              </w:rPr>
              <w:t>urriculari</w:t>
            </w:r>
          </w:p>
        </w:tc>
      </w:tr>
    </w:tbl>
    <w:p w:rsidR="00730F5E" w:rsidRPr="00333CA8" w:rsidRDefault="00000000">
      <w:pPr>
        <w:spacing w:after="160"/>
        <w:jc w:val="center"/>
        <w:rPr>
          <w:lang w:val="it-IT"/>
        </w:rPr>
      </w:pPr>
      <w:r w:rsidRPr="00333CA8">
        <w:rPr>
          <w:b/>
          <w:sz w:val="20"/>
          <w:lang w:val="it-IT"/>
        </w:rPr>
        <w:t xml:space="preserve">Progetti PTOF extracurricolari – </w:t>
      </w:r>
      <w:proofErr w:type="spellStart"/>
      <w:r w:rsidRPr="00333CA8">
        <w:rPr>
          <w:b/>
          <w:sz w:val="20"/>
          <w:lang w:val="it-IT"/>
        </w:rPr>
        <w:t>a.s.</w:t>
      </w:r>
      <w:proofErr w:type="spellEnd"/>
      <w:r w:rsidRPr="00333CA8">
        <w:rPr>
          <w:b/>
          <w:sz w:val="20"/>
          <w:lang w:val="it-IT"/>
        </w:rPr>
        <w:t xml:space="preserve"> 2026/2027</w:t>
      </w:r>
    </w:p>
    <w:p w:rsidR="00730F5E" w:rsidRPr="00333CA8" w:rsidRDefault="00000000">
      <w:pPr>
        <w:rPr>
          <w:lang w:val="it-IT"/>
        </w:rPr>
      </w:pPr>
      <w:r w:rsidRPr="00333CA8">
        <w:rPr>
          <w:b/>
          <w:lang w:val="it-IT"/>
        </w:rPr>
        <w:t xml:space="preserve">Titolo progetto: </w:t>
      </w:r>
      <w:r w:rsidRPr="00333CA8">
        <w:rPr>
          <w:lang w:val="it-IT"/>
        </w:rPr>
        <w:t>________________________________________________________________________________</w:t>
      </w:r>
    </w:p>
    <w:p w:rsidR="00730F5E" w:rsidRPr="00333CA8" w:rsidRDefault="00000000">
      <w:pPr>
        <w:rPr>
          <w:lang w:val="it-IT"/>
        </w:rPr>
      </w:pPr>
      <w:r w:rsidRPr="00333CA8">
        <w:rPr>
          <w:b/>
          <w:lang w:val="it-IT"/>
        </w:rPr>
        <w:t xml:space="preserve">Docente responsabile: </w:t>
      </w:r>
      <w:r w:rsidRPr="00333CA8">
        <w:rPr>
          <w:lang w:val="it-IT"/>
        </w:rPr>
        <w:t>________________________________________________________________________________</w:t>
      </w:r>
    </w:p>
    <w:p w:rsidR="00730F5E" w:rsidRPr="00333CA8" w:rsidRDefault="00000000">
      <w:pPr>
        <w:rPr>
          <w:lang w:val="it-IT"/>
        </w:rPr>
      </w:pPr>
      <w:r w:rsidRPr="00333CA8">
        <w:rPr>
          <w:b/>
          <w:lang w:val="it-IT"/>
        </w:rPr>
        <w:t xml:space="preserve">Sede di svolgimento: </w:t>
      </w:r>
      <w:r w:rsidRPr="00333CA8">
        <w:rPr>
          <w:lang w:val="it-IT"/>
        </w:rPr>
        <w:t>________________________________________________________________________________</w:t>
      </w:r>
    </w:p>
    <w:p w:rsidR="00730F5E" w:rsidRDefault="00000000">
      <w:pPr>
        <w:spacing w:before="100" w:after="80"/>
      </w:pPr>
      <w:r>
        <w:rPr>
          <w:b/>
          <w:color w:val="1F4E79"/>
        </w:rPr>
        <w:t>A. ELENCO DEGLI STUDENTI PARTECIPANTI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782"/>
        <w:gridCol w:w="2782"/>
        <w:gridCol w:w="2782"/>
        <w:gridCol w:w="2782"/>
        <w:gridCol w:w="2782"/>
      </w:tblGrid>
      <w:tr w:rsidR="00730F5E">
        <w:trPr>
          <w:tblHeader/>
          <w:jc w:val="center"/>
        </w:trPr>
        <w:tc>
          <w:tcPr>
            <w:tcW w:w="2782" w:type="dxa"/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N.</w:t>
            </w:r>
          </w:p>
        </w:tc>
        <w:tc>
          <w:tcPr>
            <w:tcW w:w="2782" w:type="dxa"/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Cognome e nome</w:t>
            </w:r>
          </w:p>
        </w:tc>
        <w:tc>
          <w:tcPr>
            <w:tcW w:w="2782" w:type="dxa"/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Classe / indirizzo</w:t>
            </w:r>
          </w:p>
        </w:tc>
        <w:tc>
          <w:tcPr>
            <w:tcW w:w="2782" w:type="dxa"/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Autorizzazione acquisita</w:t>
            </w:r>
          </w:p>
        </w:tc>
        <w:tc>
          <w:tcPr>
            <w:tcW w:w="2782" w:type="dxa"/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Note</w:t>
            </w:r>
          </w:p>
        </w:tc>
      </w:tr>
      <w:tr w:rsidR="00730F5E">
        <w:trPr>
          <w:jc w:val="center"/>
        </w:trPr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9</w:t>
            </w: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11</w:t>
            </w: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12</w:t>
            </w: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13</w:t>
            </w: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14</w:t>
            </w: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lastRenderedPageBreak/>
              <w:t>15</w:t>
            </w: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27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</w:tbl>
    <w:p w:rsidR="00730F5E" w:rsidRDefault="00000000">
      <w:pPr>
        <w:spacing w:before="100" w:after="80"/>
      </w:pPr>
      <w:r>
        <w:rPr>
          <w:b/>
          <w:color w:val="1F4E79"/>
        </w:rPr>
        <w:t>B. CALENDARIO DETTAGLIATO DEGLI INCONTRI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87"/>
        <w:gridCol w:w="1987"/>
        <w:gridCol w:w="1987"/>
        <w:gridCol w:w="1987"/>
        <w:gridCol w:w="1987"/>
        <w:gridCol w:w="1987"/>
        <w:gridCol w:w="1987"/>
      </w:tblGrid>
      <w:tr w:rsidR="00730F5E">
        <w:trPr>
          <w:tblHeader/>
          <w:jc w:val="center"/>
        </w:trPr>
        <w:tc>
          <w:tcPr>
            <w:tcW w:w="1987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N.</w:t>
            </w:r>
          </w:p>
        </w:tc>
        <w:tc>
          <w:tcPr>
            <w:tcW w:w="1987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Data</w:t>
            </w:r>
          </w:p>
        </w:tc>
        <w:tc>
          <w:tcPr>
            <w:tcW w:w="1987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Giorno</w:t>
            </w:r>
          </w:p>
        </w:tc>
        <w:tc>
          <w:tcPr>
            <w:tcW w:w="1987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Ora inizio</w:t>
            </w:r>
          </w:p>
        </w:tc>
        <w:tc>
          <w:tcPr>
            <w:tcW w:w="1987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Ora fine</w:t>
            </w:r>
          </w:p>
        </w:tc>
        <w:tc>
          <w:tcPr>
            <w:tcW w:w="1987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N. ore</w:t>
            </w:r>
          </w:p>
        </w:tc>
        <w:tc>
          <w:tcPr>
            <w:tcW w:w="1987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Attività / sede</w:t>
            </w:r>
          </w:p>
        </w:tc>
      </w:tr>
      <w:tr w:rsidR="00730F5E">
        <w:trPr>
          <w:jc w:val="center"/>
        </w:trPr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9</w:t>
            </w: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11</w:t>
            </w: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  <w:tr w:rsidR="00730F5E">
        <w:trPr>
          <w:jc w:val="center"/>
        </w:trPr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000000">
            <w:pPr>
              <w:spacing w:after="0"/>
              <w:jc w:val="center"/>
            </w:pPr>
            <w:r>
              <w:rPr>
                <w:sz w:val="17"/>
              </w:rPr>
              <w:t>12</w:t>
            </w: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  <w:tc>
          <w:tcPr>
            <w:tcW w:w="19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30F5E" w:rsidRDefault="00730F5E">
            <w:pPr>
              <w:spacing w:after="0"/>
            </w:pPr>
          </w:p>
        </w:tc>
      </w:tr>
    </w:tbl>
    <w:p w:rsidR="00730F5E" w:rsidRDefault="00000000">
      <w:r>
        <w:rPr>
          <w:b/>
        </w:rPr>
        <w:t xml:space="preserve">Monte ore complessivo previsto: </w:t>
      </w:r>
      <w:r>
        <w:t>________________________________________________________________________________</w:t>
      </w:r>
    </w:p>
    <w:p w:rsidR="00730F5E" w:rsidRPr="00333CA8" w:rsidRDefault="00000000">
      <w:pPr>
        <w:pStyle w:val="SmallNote"/>
        <w:rPr>
          <w:lang w:val="it-IT"/>
        </w:rPr>
      </w:pPr>
      <w:r w:rsidRPr="00333CA8">
        <w:rPr>
          <w:lang w:val="it-IT"/>
        </w:rPr>
        <w:t>Eventuali variazioni rispetto al calendario dovranno essere tempestivamente comunicate agli Uffici e, ove necessario, preventivamente autorizzate.</w:t>
      </w:r>
    </w:p>
    <w:p w:rsidR="00730F5E" w:rsidRPr="00333CA8" w:rsidRDefault="00000000">
      <w:pPr>
        <w:rPr>
          <w:lang w:val="it-IT"/>
        </w:rPr>
      </w:pPr>
      <w:r w:rsidRPr="00333CA8">
        <w:rPr>
          <w:b/>
          <w:lang w:val="it-IT"/>
        </w:rPr>
        <w:t xml:space="preserve">Data: </w:t>
      </w:r>
      <w:r w:rsidRPr="00333CA8">
        <w:rPr>
          <w:lang w:val="it-IT"/>
        </w:rPr>
        <w:t>________________________________________________________________________________</w:t>
      </w:r>
    </w:p>
    <w:p w:rsidR="00730F5E" w:rsidRPr="00333CA8" w:rsidRDefault="00000000">
      <w:pPr>
        <w:jc w:val="right"/>
        <w:rPr>
          <w:lang w:val="it-IT"/>
        </w:rPr>
      </w:pPr>
      <w:r w:rsidRPr="00333CA8">
        <w:rPr>
          <w:b/>
          <w:lang w:val="it-IT"/>
        </w:rPr>
        <w:t>IL/LA DOCENTE RESPONSABILE</w:t>
      </w:r>
      <w:r w:rsidRPr="00333CA8">
        <w:rPr>
          <w:b/>
          <w:lang w:val="it-IT"/>
        </w:rPr>
        <w:br/>
        <w:t>______________________________</w:t>
      </w:r>
    </w:p>
    <w:sectPr w:rsidR="00730F5E" w:rsidRPr="00333CA8" w:rsidSect="00034616">
      <w:headerReference w:type="default" r:id="rId8"/>
      <w:footerReference w:type="default" r:id="rId9"/>
      <w:pgSz w:w="15840" w:h="12240" w:orient="landscape"/>
      <w:pgMar w:top="2098" w:right="964" w:bottom="102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658C8" w:rsidRDefault="008658C8">
      <w:pPr>
        <w:spacing w:after="0" w:line="240" w:lineRule="auto"/>
      </w:pPr>
      <w:r>
        <w:separator/>
      </w:r>
    </w:p>
  </w:endnote>
  <w:endnote w:type="continuationSeparator" w:id="0">
    <w:p w:rsidR="008658C8" w:rsidRDefault="00865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30F5E" w:rsidRPr="00333CA8" w:rsidRDefault="00000000">
    <w:pPr>
      <w:pStyle w:val="Pidipagina"/>
      <w:jc w:val="center"/>
      <w:rPr>
        <w:lang w:val="it-IT"/>
      </w:rPr>
    </w:pPr>
    <w:r w:rsidRPr="00333CA8">
      <w:rPr>
        <w:color w:val="1F4E79"/>
        <w:sz w:val="14"/>
        <w:lang w:val="it-IT"/>
      </w:rPr>
      <w:t>C.F. 82000830768 • C.M. PZIS01700R • Codice Univoco UFSXVU • Tel. 0973 611826</w:t>
    </w:r>
  </w:p>
  <w:p w:rsidR="00730F5E" w:rsidRPr="00333CA8" w:rsidRDefault="00000000">
    <w:pPr>
      <w:spacing w:after="0"/>
      <w:jc w:val="center"/>
      <w:rPr>
        <w:lang w:val="it-IT"/>
      </w:rPr>
    </w:pPr>
    <w:r w:rsidRPr="00333CA8">
      <w:rPr>
        <w:color w:val="1F4E79"/>
        <w:sz w:val="14"/>
        <w:lang w:val="it-IT"/>
      </w:rPr>
      <w:t>pzis01700r@istruzione.it • pzis01700r@pec.istruzione.it • www.isisantarcangelo.edu.it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658C8" w:rsidRDefault="008658C8">
      <w:pPr>
        <w:spacing w:after="0" w:line="240" w:lineRule="auto"/>
      </w:pPr>
      <w:r>
        <w:separator/>
      </w:r>
    </w:p>
  </w:footnote>
  <w:footnote w:type="continuationSeparator" w:id="0">
    <w:p w:rsidR="008658C8" w:rsidRDefault="008658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30F5E" w:rsidRPr="00333CA8" w:rsidRDefault="00000000">
    <w:pPr>
      <w:pStyle w:val="Intestazione"/>
      <w:jc w:val="center"/>
      <w:rPr>
        <w:lang w:val="it-IT"/>
      </w:rPr>
    </w:pPr>
    <w:r w:rsidRPr="00333CA8">
      <w:rPr>
        <w:b/>
        <w:color w:val="D9A300"/>
        <w:sz w:val="17"/>
        <w:lang w:val="it-IT"/>
      </w:rPr>
      <w:t>MINISTERO DELL’ISTRUZIONE E DEL MERITO</w:t>
    </w:r>
  </w:p>
  <w:p w:rsidR="00730F5E" w:rsidRPr="00333CA8" w:rsidRDefault="00000000">
    <w:pPr>
      <w:spacing w:after="0"/>
      <w:jc w:val="center"/>
      <w:rPr>
        <w:lang w:val="it-IT"/>
      </w:rPr>
    </w:pPr>
    <w:r w:rsidRPr="00333CA8">
      <w:rPr>
        <w:b/>
        <w:color w:val="1F4E79"/>
        <w:sz w:val="26"/>
        <w:lang w:val="it-IT"/>
      </w:rPr>
      <w:t>ISTITUTO D’ISTRUZIONE SUPERIORE “CARLO LEVI”</w:t>
    </w:r>
  </w:p>
  <w:p w:rsidR="00730F5E" w:rsidRPr="00333CA8" w:rsidRDefault="00000000">
    <w:pPr>
      <w:spacing w:after="0"/>
      <w:jc w:val="center"/>
      <w:rPr>
        <w:lang w:val="it-IT"/>
      </w:rPr>
    </w:pPr>
    <w:r w:rsidRPr="00333CA8">
      <w:rPr>
        <w:sz w:val="17"/>
        <w:lang w:val="it-IT"/>
      </w:rPr>
      <w:t>Viale Italia, 34 · 85037 Sant’Arcangelo (PZ)</w:t>
    </w:r>
  </w:p>
  <w:p w:rsidR="00730F5E" w:rsidRPr="00333CA8" w:rsidRDefault="00000000">
    <w:pPr>
      <w:spacing w:after="0"/>
      <w:jc w:val="center"/>
      <w:rPr>
        <w:lang w:val="it-IT"/>
      </w:rPr>
    </w:pPr>
    <w:r w:rsidRPr="00333CA8">
      <w:rPr>
        <w:b/>
        <w:color w:val="1F4E79"/>
        <w:sz w:val="18"/>
        <w:lang w:val="it-IT"/>
      </w:rPr>
      <w:t>LICEO • ITAFM • IPSASR • ITT</w:t>
    </w:r>
  </w:p>
  <w:p w:rsidR="00730F5E" w:rsidRPr="00333CA8" w:rsidRDefault="00000000">
    <w:pPr>
      <w:pBdr>
        <w:bottom w:val="single" w:sz="8" w:space="2" w:color="D9A300"/>
      </w:pBdr>
      <w:spacing w:after="40"/>
      <w:jc w:val="center"/>
      <w:rPr>
        <w:lang w:val="it-IT"/>
      </w:rPr>
    </w:pPr>
    <w:r w:rsidRPr="00333CA8">
      <w:rPr>
        <w:sz w:val="14"/>
        <w:lang w:val="it-IT"/>
      </w:rPr>
      <w:t>Liceo Scientifico · Scienze Applicate · Linguistico | ITAFM | IPSASR “G. Fortunato” · Corso Serale | ITT Chimica, materiali e biotecnologie – Corleto Perticara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5184357">
    <w:abstractNumId w:val="8"/>
  </w:num>
  <w:num w:numId="2" w16cid:durableId="2092848208">
    <w:abstractNumId w:val="6"/>
  </w:num>
  <w:num w:numId="3" w16cid:durableId="1137530952">
    <w:abstractNumId w:val="5"/>
  </w:num>
  <w:num w:numId="4" w16cid:durableId="956252247">
    <w:abstractNumId w:val="4"/>
  </w:num>
  <w:num w:numId="5" w16cid:durableId="490368347">
    <w:abstractNumId w:val="7"/>
  </w:num>
  <w:num w:numId="6" w16cid:durableId="1504471206">
    <w:abstractNumId w:val="3"/>
  </w:num>
  <w:num w:numId="7" w16cid:durableId="1456293224">
    <w:abstractNumId w:val="2"/>
  </w:num>
  <w:num w:numId="8" w16cid:durableId="2089769053">
    <w:abstractNumId w:val="1"/>
  </w:num>
  <w:num w:numId="9" w16cid:durableId="32927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3CA8"/>
    <w:rsid w:val="00730F5E"/>
    <w:rsid w:val="008658C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243BD4"/>
  <w14:defaultImageDpi w14:val="300"/>
  <w15:docId w15:val="{4C71F558-F8D0-7449-B577-4D099B306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rial" w:hAnsi="Arial"/>
      <w:i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2026-09-19T04:25:00Z</dcterms:modified>
  <cp:category/>
</cp:coreProperties>
</file>