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070A23" w:rsidRPr="001A3FD0">
        <w:trPr>
          <w:jc w:val="center"/>
        </w:trPr>
        <w:tc>
          <w:tcPr>
            <w:tcW w:w="10312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070A23" w:rsidRPr="001A3FD0" w:rsidRDefault="00000000">
            <w:pPr>
              <w:spacing w:after="0"/>
              <w:jc w:val="center"/>
              <w:rPr>
                <w:b/>
                <w:color w:val="1F4E79"/>
                <w:sz w:val="26"/>
                <w:lang w:val="it-IT"/>
              </w:rPr>
            </w:pPr>
            <w:r w:rsidRPr="001A3FD0">
              <w:rPr>
                <w:b/>
                <w:color w:val="1F4E79"/>
                <w:sz w:val="26"/>
                <w:lang w:val="it-IT"/>
              </w:rPr>
              <w:t>F3 – COMUNICAZIONE / ISTANZA DI AVVIO PROGETTO EXTRACURRICOLARE</w:t>
            </w:r>
          </w:p>
          <w:p w:rsidR="001A3FD0" w:rsidRPr="001A3FD0" w:rsidRDefault="001A3FD0">
            <w:pPr>
              <w:spacing w:after="0"/>
              <w:jc w:val="center"/>
              <w:rPr>
                <w:lang w:val="it-IT"/>
              </w:rPr>
            </w:pPr>
            <w:r>
              <w:rPr>
                <w:color w:val="1F4E79"/>
                <w:sz w:val="26"/>
                <w:lang w:val="it-IT"/>
              </w:rPr>
              <w:t>Indicare se curriculare</w:t>
            </w:r>
          </w:p>
        </w:tc>
      </w:tr>
    </w:tbl>
    <w:p w:rsidR="00070A23" w:rsidRPr="001A3FD0" w:rsidRDefault="00000000">
      <w:pPr>
        <w:spacing w:line="240" w:lineRule="auto"/>
        <w:jc w:val="center"/>
        <w:rPr>
          <w:lang w:val="it-IT"/>
        </w:rPr>
      </w:pPr>
      <w:proofErr w:type="spellStart"/>
      <w:r w:rsidRPr="001A3FD0">
        <w:rPr>
          <w:b/>
          <w:sz w:val="20"/>
          <w:lang w:val="it-IT"/>
        </w:rPr>
        <w:t>a.s.</w:t>
      </w:r>
      <w:proofErr w:type="spellEnd"/>
      <w:r w:rsidRPr="001A3FD0">
        <w:rPr>
          <w:b/>
          <w:sz w:val="20"/>
          <w:lang w:val="it-IT"/>
        </w:rPr>
        <w:t xml:space="preserve"> 2026/2027</w:t>
      </w:r>
    </w:p>
    <w:p w:rsidR="00070A23" w:rsidRPr="001A3FD0" w:rsidRDefault="00000000">
      <w:pPr>
        <w:spacing w:line="240" w:lineRule="auto"/>
        <w:jc w:val="right"/>
        <w:rPr>
          <w:lang w:val="it-IT"/>
        </w:rPr>
      </w:pPr>
      <w:r w:rsidRPr="001A3FD0">
        <w:rPr>
          <w:lang w:val="it-IT"/>
        </w:rPr>
        <w:t>Al Dirigente Scolastico</w:t>
      </w:r>
      <w:r w:rsidRPr="001A3FD0">
        <w:rPr>
          <w:lang w:val="it-IT"/>
        </w:rPr>
        <w:br/>
        <w:t>Al Direttore SGA</w:t>
      </w:r>
      <w:r w:rsidRPr="001A3FD0">
        <w:rPr>
          <w:lang w:val="it-IT"/>
        </w:rPr>
        <w:br/>
        <w:t>I.I.S. “Carlo Levi” – Sant’Arcangelo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Il/La sottoscritto/a docente: </w:t>
      </w:r>
      <w:r w:rsidRPr="001A3FD0">
        <w:rPr>
          <w:lang w:val="it-IT"/>
        </w:rPr>
        <w:t>________________________________________________________________________________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in qualità di responsabile del progetto: </w:t>
      </w:r>
      <w:r w:rsidRPr="001A3FD0">
        <w:rPr>
          <w:lang w:val="it-IT"/>
        </w:rPr>
        <w:t>________________________________________________________________________________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approvato/autorizzato con riferimento: </w:t>
      </w:r>
      <w:r w:rsidRPr="001A3FD0">
        <w:rPr>
          <w:lang w:val="it-IT"/>
        </w:rPr>
        <w:t>delibera/provvedimento ______________________________</w:t>
      </w:r>
    </w:p>
    <w:p w:rsidR="00070A23" w:rsidRPr="001A3FD0" w:rsidRDefault="00000000">
      <w:pPr>
        <w:spacing w:line="240" w:lineRule="auto"/>
        <w:jc w:val="center"/>
        <w:rPr>
          <w:lang w:val="it-IT"/>
        </w:rPr>
      </w:pPr>
      <w:r w:rsidRPr="001A3FD0">
        <w:rPr>
          <w:b/>
          <w:color w:val="1F4E79"/>
          <w:lang w:val="it-IT"/>
        </w:rPr>
        <w:t>COMUNICA / CHIEDE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lang w:val="it-IT"/>
        </w:rPr>
        <w:t>l’avvio delle attività progettuali secondo i dati sotto indicati: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Data prevista di avvio: </w:t>
      </w:r>
      <w:r w:rsidRPr="001A3FD0">
        <w:rPr>
          <w:lang w:val="it-IT"/>
        </w:rPr>
        <w:t>________________________________________________________________________________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Data prevista di conclusione: </w:t>
      </w:r>
      <w:r w:rsidRPr="001A3FD0">
        <w:rPr>
          <w:lang w:val="it-IT"/>
        </w:rPr>
        <w:t>________________________________________________________________________________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Sede/i di svolgimento: </w:t>
      </w:r>
      <w:r w:rsidRPr="001A3FD0">
        <w:rPr>
          <w:lang w:val="it-IT"/>
        </w:rPr>
        <w:t>________________________________________________________________________________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Numero studenti partecipanti: </w:t>
      </w:r>
      <w:r w:rsidRPr="001A3FD0">
        <w:rPr>
          <w:lang w:val="it-IT"/>
        </w:rPr>
        <w:t>________________________________________________________________________________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Monte ore complessivo: </w:t>
      </w:r>
      <w:r w:rsidRPr="001A3FD0">
        <w:rPr>
          <w:lang w:val="it-IT"/>
        </w:rPr>
        <w:t>________________________________________________________________________________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Personale docente coinvolto: </w:t>
      </w:r>
      <w:r w:rsidRPr="001A3FD0">
        <w:rPr>
          <w:lang w:val="it-IT"/>
        </w:rPr>
        <w:t>________________________________________________________________________________</w:t>
      </w:r>
    </w:p>
    <w:p w:rsidR="00070A23" w:rsidRDefault="00000000">
      <w:pPr>
        <w:spacing w:line="240" w:lineRule="auto"/>
      </w:pPr>
      <w:proofErr w:type="spellStart"/>
      <w:r>
        <w:rPr>
          <w:b/>
        </w:rPr>
        <w:t>Eventuale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personale</w:t>
      </w:r>
      <w:proofErr w:type="spellEnd"/>
      <w:r>
        <w:rPr>
          <w:b/>
        </w:rPr>
        <w:t xml:space="preserve"> ATA </w:t>
      </w:r>
      <w:proofErr w:type="spellStart"/>
      <w:r>
        <w:rPr>
          <w:b/>
        </w:rPr>
        <w:t>coinvolto</w:t>
      </w:r>
      <w:proofErr w:type="spellEnd"/>
      <w:r>
        <w:rPr>
          <w:b/>
        </w:rPr>
        <w:t xml:space="preserve">: </w:t>
      </w:r>
      <w:r>
        <w:t>________________________________________________________________________________</w:t>
      </w:r>
    </w:p>
    <w:p w:rsidR="00070A23" w:rsidRDefault="00000000">
      <w:pPr>
        <w:spacing w:line="240" w:lineRule="auto"/>
      </w:pPr>
      <w:r>
        <w:rPr>
          <w:b/>
          <w:color w:val="1F4E79"/>
          <w:sz w:val="21"/>
        </w:rPr>
        <w:t>DICHIARA</w:t>
      </w:r>
    </w:p>
    <w:p w:rsidR="00070A23" w:rsidRPr="001A3FD0" w:rsidRDefault="00000000">
      <w:pPr>
        <w:pStyle w:val="Puntoelenco"/>
        <w:spacing w:line="240" w:lineRule="auto"/>
        <w:rPr>
          <w:lang w:val="it-IT"/>
        </w:rPr>
      </w:pPr>
      <w:r w:rsidRPr="001A3FD0">
        <w:rPr>
          <w:lang w:val="it-IT"/>
        </w:rPr>
        <w:t>che il calendario dettagliato e l’elenco dei partecipanti sono allegati (F2);</w:t>
      </w:r>
    </w:p>
    <w:p w:rsidR="00070A23" w:rsidRPr="001A3FD0" w:rsidRDefault="00000000">
      <w:pPr>
        <w:pStyle w:val="Puntoelenco"/>
        <w:spacing w:line="240" w:lineRule="auto"/>
        <w:rPr>
          <w:lang w:val="it-IT"/>
        </w:rPr>
      </w:pPr>
      <w:r w:rsidRPr="001A3FD0">
        <w:rPr>
          <w:lang w:val="it-IT"/>
        </w:rPr>
        <w:t>che, per gli studenti minorenni, sono state acquisite le autorizzazioni delle famiglie (F4);</w:t>
      </w:r>
    </w:p>
    <w:p w:rsidR="00070A23" w:rsidRPr="001A3FD0" w:rsidRDefault="00000000">
      <w:pPr>
        <w:pStyle w:val="Puntoelenco"/>
        <w:spacing w:line="240" w:lineRule="auto"/>
        <w:rPr>
          <w:lang w:val="it-IT"/>
        </w:rPr>
      </w:pPr>
      <w:r w:rsidRPr="001A3FD0">
        <w:rPr>
          <w:lang w:val="it-IT"/>
        </w:rPr>
        <w:t>che gli studenti e le famiglie sono stati informati su calendario, sede e modalità di partecipazione;</w:t>
      </w:r>
    </w:p>
    <w:p w:rsidR="00070A23" w:rsidRPr="001A3FD0" w:rsidRDefault="00000000">
      <w:pPr>
        <w:pStyle w:val="Puntoelenco"/>
        <w:spacing w:line="240" w:lineRule="auto"/>
        <w:rPr>
          <w:lang w:val="it-IT"/>
        </w:rPr>
      </w:pPr>
      <w:r w:rsidRPr="001A3FD0">
        <w:rPr>
          <w:lang w:val="it-IT"/>
        </w:rPr>
        <w:t>che le attività saranno registrate mediante il modello F5 – Registro presenze e attività;</w:t>
      </w:r>
    </w:p>
    <w:p w:rsidR="00070A23" w:rsidRPr="001A3FD0" w:rsidRDefault="00000000">
      <w:pPr>
        <w:pStyle w:val="Puntoelenco"/>
        <w:spacing w:line="240" w:lineRule="auto"/>
        <w:rPr>
          <w:lang w:val="it-IT"/>
        </w:rPr>
      </w:pPr>
      <w:r w:rsidRPr="001A3FD0">
        <w:rPr>
          <w:lang w:val="it-IT"/>
        </w:rPr>
        <w:t>che eventuali variazioni sostanziali saranno preventivamente comunicate e, ove necessario, autorizzate;</w:t>
      </w:r>
    </w:p>
    <w:p w:rsidR="00070A23" w:rsidRPr="001A3FD0" w:rsidRDefault="00000000">
      <w:pPr>
        <w:pStyle w:val="Puntoelenco"/>
        <w:spacing w:line="240" w:lineRule="auto"/>
        <w:rPr>
          <w:lang w:val="it-IT"/>
        </w:rPr>
      </w:pPr>
      <w:r w:rsidRPr="001A3FD0">
        <w:rPr>
          <w:lang w:val="it-IT"/>
        </w:rPr>
        <w:t>che non verranno svolte attività eccedenti il monte ore autorizzato senza preventiva autorizzazione.</w:t>
      </w:r>
    </w:p>
    <w:p w:rsidR="00070A23" w:rsidRDefault="00000000">
      <w:pPr>
        <w:spacing w:line="240" w:lineRule="auto"/>
      </w:pPr>
      <w:r>
        <w:rPr>
          <w:b/>
          <w:color w:val="1F4E79"/>
          <w:sz w:val="21"/>
        </w:rPr>
        <w:t>ALLEGATI</w:t>
      </w:r>
    </w:p>
    <w:p w:rsidR="00070A23" w:rsidRPr="001A3FD0" w:rsidRDefault="00000000">
      <w:pPr>
        <w:pStyle w:val="Puntoelenco"/>
        <w:spacing w:line="240" w:lineRule="auto"/>
        <w:rPr>
          <w:lang w:val="it-IT"/>
        </w:rPr>
      </w:pPr>
      <w:r w:rsidRPr="001A3FD0">
        <w:rPr>
          <w:lang w:val="it-IT"/>
        </w:rPr>
        <w:t>F2 – Elenco alunni e calendario incontri;</w:t>
      </w:r>
    </w:p>
    <w:p w:rsidR="00070A23" w:rsidRPr="001A3FD0" w:rsidRDefault="00000000">
      <w:pPr>
        <w:pStyle w:val="Puntoelenco"/>
        <w:spacing w:line="240" w:lineRule="auto"/>
        <w:rPr>
          <w:lang w:val="it-IT"/>
        </w:rPr>
      </w:pPr>
      <w:r w:rsidRPr="001A3FD0">
        <w:rPr>
          <w:lang w:val="it-IT"/>
        </w:rPr>
        <w:t>F4 – Autorizzazioni/adesioni degli studenti (conservate agli atti);</w:t>
      </w:r>
    </w:p>
    <w:p w:rsidR="00070A23" w:rsidRPr="001A3FD0" w:rsidRDefault="00000000">
      <w:pPr>
        <w:pStyle w:val="Puntoelenco"/>
        <w:spacing w:line="240" w:lineRule="auto"/>
        <w:rPr>
          <w:lang w:val="it-IT"/>
        </w:rPr>
      </w:pPr>
      <w:r w:rsidRPr="001A3FD0">
        <w:rPr>
          <w:lang w:val="it-IT"/>
        </w:rPr>
        <w:t>eventuale ulteriore documentazione prevista dal progetto.</w:t>
      </w:r>
    </w:p>
    <w:p w:rsidR="00070A23" w:rsidRPr="001A3FD0" w:rsidRDefault="00000000">
      <w:pPr>
        <w:spacing w:line="240" w:lineRule="auto"/>
        <w:rPr>
          <w:lang w:val="it-IT"/>
        </w:rPr>
      </w:pPr>
      <w:r w:rsidRPr="001A3FD0">
        <w:rPr>
          <w:b/>
          <w:lang w:val="it-IT"/>
        </w:rPr>
        <w:t xml:space="preserve">Data: </w:t>
      </w:r>
      <w:r w:rsidRPr="001A3FD0">
        <w:rPr>
          <w:lang w:val="it-IT"/>
        </w:rPr>
        <w:t>________________________________________________________________________________</w:t>
      </w:r>
    </w:p>
    <w:p w:rsidR="00070A23" w:rsidRPr="001A3FD0" w:rsidRDefault="00000000">
      <w:pPr>
        <w:spacing w:line="240" w:lineRule="auto"/>
        <w:jc w:val="right"/>
        <w:rPr>
          <w:lang w:val="it-IT"/>
        </w:rPr>
      </w:pPr>
      <w:r w:rsidRPr="001A3FD0">
        <w:rPr>
          <w:b/>
          <w:lang w:val="it-IT"/>
        </w:rPr>
        <w:t>IL/LA DOCENTE RESPONSABILE</w:t>
      </w:r>
      <w:r w:rsidRPr="001A3FD0">
        <w:rPr>
          <w:b/>
          <w:lang w:val="it-IT"/>
        </w:rPr>
        <w:br/>
        <w:t>______________________________</w:t>
      </w:r>
    </w:p>
    <w:sectPr w:rsidR="00070A23" w:rsidRPr="001A3FD0" w:rsidSect="00034616">
      <w:headerReference w:type="default" r:id="rId8"/>
      <w:footerReference w:type="default" r:id="rId9"/>
      <w:pgSz w:w="12240" w:h="15840"/>
      <w:pgMar w:top="1928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34F8E" w:rsidRDefault="00C34F8E">
      <w:pPr>
        <w:spacing w:after="0" w:line="240" w:lineRule="auto"/>
      </w:pPr>
      <w:r>
        <w:separator/>
      </w:r>
    </w:p>
  </w:endnote>
  <w:endnote w:type="continuationSeparator" w:id="0">
    <w:p w:rsidR="00C34F8E" w:rsidRDefault="00C34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70A23" w:rsidRPr="001A3FD0" w:rsidRDefault="00000000">
    <w:pPr>
      <w:pStyle w:val="Pidipagina"/>
      <w:jc w:val="center"/>
      <w:rPr>
        <w:lang w:val="it-IT"/>
      </w:rPr>
    </w:pPr>
    <w:r w:rsidRPr="001A3FD0">
      <w:rPr>
        <w:color w:val="1F4E79"/>
        <w:sz w:val="14"/>
        <w:lang w:val="it-IT"/>
      </w:rPr>
      <w:t>C.F. 82000830768 • C.M. PZIS01700R • Codice Univoco UFSXVU • Tel. 0973 611826</w:t>
    </w:r>
  </w:p>
  <w:p w:rsidR="00070A23" w:rsidRPr="001A3FD0" w:rsidRDefault="00000000">
    <w:pPr>
      <w:spacing w:after="0"/>
      <w:jc w:val="center"/>
      <w:rPr>
        <w:lang w:val="it-IT"/>
      </w:rPr>
    </w:pPr>
    <w:r w:rsidRPr="001A3FD0">
      <w:rPr>
        <w:color w:val="1F4E79"/>
        <w:sz w:val="14"/>
        <w:lang w:val="it-IT"/>
      </w:rPr>
      <w:t>pzis01700r@istruzione.it • pzis01700r@pec.istruzione.it • www.isisantarcangelo.edu.it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34F8E" w:rsidRDefault="00C34F8E">
      <w:pPr>
        <w:spacing w:after="0" w:line="240" w:lineRule="auto"/>
      </w:pPr>
      <w:r>
        <w:separator/>
      </w:r>
    </w:p>
  </w:footnote>
  <w:footnote w:type="continuationSeparator" w:id="0">
    <w:p w:rsidR="00C34F8E" w:rsidRDefault="00C34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70A23" w:rsidRPr="001A3FD0" w:rsidRDefault="00000000">
    <w:pPr>
      <w:pStyle w:val="Intestazione"/>
      <w:jc w:val="center"/>
      <w:rPr>
        <w:lang w:val="it-IT"/>
      </w:rPr>
    </w:pPr>
    <w:r w:rsidRPr="001A3FD0">
      <w:rPr>
        <w:b/>
        <w:color w:val="D9A300"/>
        <w:sz w:val="17"/>
        <w:lang w:val="it-IT"/>
      </w:rPr>
      <w:t>MINISTERO DELL’ISTRUZIONE E DEL MERITO</w:t>
    </w:r>
  </w:p>
  <w:p w:rsidR="00070A23" w:rsidRPr="001A3FD0" w:rsidRDefault="00000000">
    <w:pPr>
      <w:spacing w:after="0"/>
      <w:jc w:val="center"/>
      <w:rPr>
        <w:lang w:val="it-IT"/>
      </w:rPr>
    </w:pPr>
    <w:r w:rsidRPr="001A3FD0">
      <w:rPr>
        <w:b/>
        <w:color w:val="1F4E79"/>
        <w:sz w:val="26"/>
        <w:lang w:val="it-IT"/>
      </w:rPr>
      <w:t>ISTITUTO D’ISTRUZIONE SUPERIORE “CARLO LEVI”</w:t>
    </w:r>
  </w:p>
  <w:p w:rsidR="00070A23" w:rsidRPr="001A3FD0" w:rsidRDefault="00000000">
    <w:pPr>
      <w:spacing w:after="0"/>
      <w:jc w:val="center"/>
      <w:rPr>
        <w:lang w:val="it-IT"/>
      </w:rPr>
    </w:pPr>
    <w:r w:rsidRPr="001A3FD0">
      <w:rPr>
        <w:sz w:val="17"/>
        <w:lang w:val="it-IT"/>
      </w:rPr>
      <w:t>Viale Italia, 34 · 85037 Sant’Arcangelo (PZ)</w:t>
    </w:r>
  </w:p>
  <w:p w:rsidR="00070A23" w:rsidRPr="001A3FD0" w:rsidRDefault="00000000">
    <w:pPr>
      <w:spacing w:after="0"/>
      <w:jc w:val="center"/>
      <w:rPr>
        <w:lang w:val="it-IT"/>
      </w:rPr>
    </w:pPr>
    <w:r w:rsidRPr="001A3FD0">
      <w:rPr>
        <w:b/>
        <w:color w:val="1F4E79"/>
        <w:sz w:val="18"/>
        <w:lang w:val="it-IT"/>
      </w:rPr>
      <w:t>LICEO • ITAFM • IPSASR • ITT</w:t>
    </w:r>
  </w:p>
  <w:p w:rsidR="00070A23" w:rsidRPr="001A3FD0" w:rsidRDefault="00000000">
    <w:pPr>
      <w:pBdr>
        <w:bottom w:val="single" w:sz="8" w:space="2" w:color="D9A300"/>
      </w:pBdr>
      <w:spacing w:after="40"/>
      <w:jc w:val="center"/>
      <w:rPr>
        <w:lang w:val="it-IT"/>
      </w:rPr>
    </w:pPr>
    <w:r w:rsidRPr="001A3FD0">
      <w:rPr>
        <w:sz w:val="14"/>
        <w:lang w:val="it-IT"/>
      </w:rPr>
      <w:t>Liceo Scientifico · Scienze Applicate · Linguistico | ITAFM | IPSASR “G. Fortunato” · Corso Serale | ITT Chimica, materiali e biotecnologie – Corleto Perticara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530223">
    <w:abstractNumId w:val="8"/>
  </w:num>
  <w:num w:numId="2" w16cid:durableId="2050497399">
    <w:abstractNumId w:val="6"/>
  </w:num>
  <w:num w:numId="3" w16cid:durableId="1791046327">
    <w:abstractNumId w:val="5"/>
  </w:num>
  <w:num w:numId="4" w16cid:durableId="853496338">
    <w:abstractNumId w:val="4"/>
  </w:num>
  <w:num w:numId="5" w16cid:durableId="2080053346">
    <w:abstractNumId w:val="7"/>
  </w:num>
  <w:num w:numId="6" w16cid:durableId="2091392049">
    <w:abstractNumId w:val="3"/>
  </w:num>
  <w:num w:numId="7" w16cid:durableId="938869910">
    <w:abstractNumId w:val="2"/>
  </w:num>
  <w:num w:numId="8" w16cid:durableId="574123814">
    <w:abstractNumId w:val="1"/>
  </w:num>
  <w:num w:numId="9" w16cid:durableId="74442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A23"/>
    <w:rsid w:val="0015074B"/>
    <w:rsid w:val="001A3FD0"/>
    <w:rsid w:val="0029639D"/>
    <w:rsid w:val="00326F90"/>
    <w:rsid w:val="00AA1D8D"/>
    <w:rsid w:val="00B47730"/>
    <w:rsid w:val="00C34F8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A761AC"/>
  <w14:defaultImageDpi w14:val="300"/>
  <w15:docId w15:val="{4C71F558-F8D0-7449-B577-4D099B30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2026-09-19T04:24:00Z</dcterms:modified>
  <cp:category/>
</cp:coreProperties>
</file>