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375B14" w:rsidRPr="00393EDD">
        <w:trPr>
          <w:jc w:val="center"/>
        </w:trPr>
        <w:tc>
          <w:tcPr>
            <w:tcW w:w="10312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75B14" w:rsidRPr="00393EDD" w:rsidRDefault="00000000">
            <w:pPr>
              <w:spacing w:after="0"/>
              <w:jc w:val="center"/>
              <w:rPr>
                <w:b/>
                <w:color w:val="1F4E79"/>
                <w:sz w:val="26"/>
                <w:lang w:val="it-IT"/>
              </w:rPr>
            </w:pPr>
            <w:r w:rsidRPr="00393EDD">
              <w:rPr>
                <w:b/>
                <w:color w:val="1F4E79"/>
                <w:sz w:val="26"/>
                <w:lang w:val="it-IT"/>
              </w:rPr>
              <w:t>F4 – ADESIONE / AUTORIZZAZIONE ALLA PARTECIPAZIONE</w:t>
            </w:r>
          </w:p>
          <w:p w:rsidR="00393EDD" w:rsidRPr="00393EDD" w:rsidRDefault="00393EDD">
            <w:pPr>
              <w:spacing w:after="0"/>
              <w:jc w:val="center"/>
              <w:rPr>
                <w:lang w:val="it-IT"/>
              </w:rPr>
            </w:pPr>
            <w:r w:rsidRPr="00393EDD">
              <w:rPr>
                <w:color w:val="1F4E79"/>
                <w:sz w:val="26"/>
                <w:lang w:val="it-IT"/>
              </w:rPr>
              <w:t>Solo</w:t>
            </w:r>
            <w:r>
              <w:rPr>
                <w:color w:val="1F4E79"/>
                <w:sz w:val="26"/>
                <w:lang w:val="it-IT"/>
              </w:rPr>
              <w:t xml:space="preserve"> x progetti extra curriculari</w:t>
            </w:r>
          </w:p>
        </w:tc>
      </w:tr>
    </w:tbl>
    <w:p w:rsidR="00375B14" w:rsidRPr="00393EDD" w:rsidRDefault="00000000">
      <w:pPr>
        <w:spacing w:line="240" w:lineRule="auto"/>
        <w:jc w:val="center"/>
        <w:rPr>
          <w:lang w:val="it-IT"/>
        </w:rPr>
      </w:pPr>
      <w:r w:rsidRPr="00393EDD">
        <w:rPr>
          <w:b/>
          <w:sz w:val="20"/>
          <w:lang w:val="it-IT"/>
        </w:rPr>
        <w:t xml:space="preserve">Progetto PTOF extracurricolare – </w:t>
      </w:r>
      <w:proofErr w:type="spellStart"/>
      <w:r w:rsidRPr="00393EDD">
        <w:rPr>
          <w:b/>
          <w:sz w:val="20"/>
          <w:lang w:val="it-IT"/>
        </w:rPr>
        <w:t>a.s.</w:t>
      </w:r>
      <w:proofErr w:type="spellEnd"/>
      <w:r w:rsidRPr="00393EDD">
        <w:rPr>
          <w:b/>
          <w:sz w:val="20"/>
          <w:lang w:val="it-IT"/>
        </w:rPr>
        <w:t xml:space="preserve"> 2026/2027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b/>
          <w:lang w:val="it-IT"/>
        </w:rPr>
        <w:t xml:space="preserve">Titolo del progetto: </w:t>
      </w:r>
      <w:r w:rsidRPr="00393EDD">
        <w:rPr>
          <w:lang w:val="it-IT"/>
        </w:rPr>
        <w:t>________________________________________________________________________________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b/>
          <w:lang w:val="it-IT"/>
        </w:rPr>
        <w:t xml:space="preserve">Docente responsabile: </w:t>
      </w:r>
      <w:r w:rsidRPr="00393EDD">
        <w:rPr>
          <w:lang w:val="it-IT"/>
        </w:rPr>
        <w:t>________________________________________________________________________________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b/>
          <w:lang w:val="it-IT"/>
        </w:rPr>
        <w:t xml:space="preserve">Sede di svolgimento: </w:t>
      </w:r>
      <w:r w:rsidRPr="00393EDD">
        <w:rPr>
          <w:lang w:val="it-IT"/>
        </w:rPr>
        <w:t>________________________________________________________________________________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b/>
          <w:lang w:val="it-IT"/>
        </w:rPr>
        <w:t xml:space="preserve">Periodo / calendario di massima: </w:t>
      </w:r>
      <w:r w:rsidRPr="00393EDD">
        <w:rPr>
          <w:lang w:val="it-IT"/>
        </w:rPr>
        <w:t>________________________________________________________________________________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b/>
          <w:lang w:val="it-IT"/>
        </w:rPr>
        <w:t xml:space="preserve">Orario: </w:t>
      </w:r>
      <w:r w:rsidRPr="00393EDD">
        <w:rPr>
          <w:lang w:val="it-IT"/>
        </w:rPr>
        <w:t>________________________________________________________________________________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lang w:val="it-IT"/>
        </w:rPr>
        <w:t>Il/La sottoscritto/a ________________________________________________________________</w:t>
      </w:r>
      <w:r w:rsidRPr="00393EDD">
        <w:rPr>
          <w:i/>
          <w:lang w:val="it-IT"/>
        </w:rPr>
        <w:t>, in qualità di genitore/esercente la responsabilità genitoriale dell’alunno/a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b/>
          <w:lang w:val="it-IT"/>
        </w:rPr>
        <w:t>Studente/</w:t>
      </w:r>
      <w:proofErr w:type="spellStart"/>
      <w:r w:rsidRPr="00393EDD">
        <w:rPr>
          <w:b/>
          <w:lang w:val="it-IT"/>
        </w:rPr>
        <w:t>ssa</w:t>
      </w:r>
      <w:proofErr w:type="spellEnd"/>
      <w:r w:rsidRPr="00393EDD">
        <w:rPr>
          <w:b/>
          <w:lang w:val="it-IT"/>
        </w:rPr>
        <w:t xml:space="preserve">: </w:t>
      </w:r>
      <w:r w:rsidRPr="00393EDD">
        <w:rPr>
          <w:lang w:val="it-IT"/>
        </w:rPr>
        <w:t>________________________________________________________________________________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b/>
          <w:lang w:val="it-IT"/>
        </w:rPr>
        <w:t xml:space="preserve">Classe / indirizzo: </w:t>
      </w:r>
      <w:r w:rsidRPr="00393EDD">
        <w:rPr>
          <w:lang w:val="it-IT"/>
        </w:rPr>
        <w:t>________________________________________________________________________________</w:t>
      </w:r>
    </w:p>
    <w:p w:rsidR="00375B14" w:rsidRPr="00393EDD" w:rsidRDefault="00000000">
      <w:pPr>
        <w:spacing w:line="240" w:lineRule="auto"/>
        <w:jc w:val="center"/>
        <w:rPr>
          <w:lang w:val="it-IT"/>
        </w:rPr>
      </w:pPr>
      <w:r w:rsidRPr="00393EDD">
        <w:rPr>
          <w:b/>
          <w:color w:val="1F4E79"/>
          <w:lang w:val="it-IT"/>
        </w:rPr>
        <w:t>AUTORIZZA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lang w:val="it-IT"/>
        </w:rPr>
        <w:t xml:space="preserve">il/la proprio/a figlio/a </w:t>
      </w:r>
      <w:proofErr w:type="spellStart"/>
      <w:r w:rsidRPr="00393EDD">
        <w:rPr>
          <w:lang w:val="it-IT"/>
        </w:rPr>
        <w:t>a</w:t>
      </w:r>
      <w:proofErr w:type="spellEnd"/>
      <w:r w:rsidRPr="00393EDD">
        <w:rPr>
          <w:lang w:val="it-IT"/>
        </w:rPr>
        <w:t xml:space="preserve"> partecipare al progetto sopra indicato, secondo il calendario comunicato dalla scuola e nel rispetto delle disposizioni organizzative previste dall’Istituto.</w:t>
      </w:r>
    </w:p>
    <w:p w:rsidR="00375B14" w:rsidRDefault="00000000">
      <w:pPr>
        <w:spacing w:line="240" w:lineRule="auto"/>
      </w:pPr>
      <w:r>
        <w:rPr>
          <w:b/>
          <w:color w:val="1F4E79"/>
          <w:sz w:val="21"/>
        </w:rPr>
        <w:t>DICHIARA INOLTRE</w:t>
      </w:r>
    </w:p>
    <w:p w:rsidR="00375B14" w:rsidRPr="00393EDD" w:rsidRDefault="00000000">
      <w:pPr>
        <w:pStyle w:val="Puntoelenco"/>
        <w:spacing w:line="240" w:lineRule="auto"/>
        <w:rPr>
          <w:lang w:val="it-IT"/>
        </w:rPr>
      </w:pPr>
      <w:r w:rsidRPr="00393EDD">
        <w:rPr>
          <w:lang w:val="it-IT"/>
        </w:rPr>
        <w:t>di aver preso visione delle finalità e delle modalità organizzative del progetto;</w:t>
      </w:r>
    </w:p>
    <w:p w:rsidR="00375B14" w:rsidRPr="00393EDD" w:rsidRDefault="00000000">
      <w:pPr>
        <w:pStyle w:val="Puntoelenco"/>
        <w:spacing w:line="240" w:lineRule="auto"/>
        <w:rPr>
          <w:lang w:val="it-IT"/>
        </w:rPr>
      </w:pPr>
      <w:r w:rsidRPr="00393EDD">
        <w:rPr>
          <w:lang w:val="it-IT"/>
        </w:rPr>
        <w:t>di impegnarsi a garantire, per quanto di competenza, la regolare frequenza dello/a studente/</w:t>
      </w:r>
      <w:proofErr w:type="spellStart"/>
      <w:r w:rsidRPr="00393EDD">
        <w:rPr>
          <w:lang w:val="it-IT"/>
        </w:rPr>
        <w:t>ssa</w:t>
      </w:r>
      <w:proofErr w:type="spellEnd"/>
      <w:r w:rsidRPr="00393EDD">
        <w:rPr>
          <w:lang w:val="it-IT"/>
        </w:rPr>
        <w:t>;</w:t>
      </w:r>
    </w:p>
    <w:p w:rsidR="00375B14" w:rsidRPr="00393EDD" w:rsidRDefault="00000000">
      <w:pPr>
        <w:pStyle w:val="Puntoelenco"/>
        <w:spacing w:line="240" w:lineRule="auto"/>
        <w:rPr>
          <w:lang w:val="it-IT"/>
        </w:rPr>
      </w:pPr>
      <w:r w:rsidRPr="00393EDD">
        <w:rPr>
          <w:lang w:val="it-IT"/>
        </w:rPr>
        <w:t>di essere consapevole che eventuali variazioni di calendario saranno comunicate attraverso i canali istituzionali;</w:t>
      </w:r>
    </w:p>
    <w:p w:rsidR="00375B14" w:rsidRPr="00393EDD" w:rsidRDefault="00000000">
      <w:pPr>
        <w:pStyle w:val="Puntoelenco"/>
        <w:spacing w:line="240" w:lineRule="auto"/>
        <w:rPr>
          <w:lang w:val="it-IT"/>
        </w:rPr>
      </w:pPr>
      <w:r w:rsidRPr="00393EDD">
        <w:rPr>
          <w:lang w:val="it-IT"/>
        </w:rPr>
        <w:t>che eventuali specifiche esigenze già formalmente comunicate alla scuola restano gestite secondo la documentazione agli atti, senza necessità di riportare nel presente modulo dati personali non pertinenti.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b/>
          <w:color w:val="1F4E79"/>
          <w:sz w:val="21"/>
          <w:lang w:val="it-IT"/>
        </w:rPr>
        <w:t>USCITA AL TERMINE DELLE ATTIVITÀ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lang w:val="it-IT"/>
        </w:rPr>
        <w:t>Per gli studenti minorenni, barrare una delle opzioni previste dall’Istituto:</w:t>
      </w:r>
    </w:p>
    <w:p w:rsidR="00375B14" w:rsidRPr="00393EDD" w:rsidRDefault="00000000">
      <w:pPr>
        <w:pStyle w:val="Puntoelenco"/>
        <w:spacing w:line="240" w:lineRule="auto"/>
        <w:rPr>
          <w:lang w:val="it-IT"/>
        </w:rPr>
      </w:pPr>
      <w:r w:rsidRPr="00393EDD">
        <w:rPr>
          <w:lang w:val="it-IT"/>
        </w:rPr>
        <w:t>□ autorizzo l’uscita autonoma, ove già consentita dalla documentazione agli atti e dalla normativa applicabile;</w:t>
      </w:r>
    </w:p>
    <w:p w:rsidR="00375B14" w:rsidRPr="00393EDD" w:rsidRDefault="00000000">
      <w:pPr>
        <w:pStyle w:val="Puntoelenco"/>
        <w:spacing w:line="240" w:lineRule="auto"/>
        <w:rPr>
          <w:lang w:val="it-IT"/>
        </w:rPr>
      </w:pPr>
      <w:r w:rsidRPr="00393EDD">
        <w:rPr>
          <w:lang w:val="it-IT"/>
        </w:rPr>
        <w:t>□ provvederò personalmente al ritiro / tramite persona già delegata agli atti.</w:t>
      </w:r>
    </w:p>
    <w:p w:rsidR="00375B14" w:rsidRPr="00393EDD" w:rsidRDefault="00000000">
      <w:pPr>
        <w:pStyle w:val="SmallNote"/>
        <w:spacing w:after="60" w:line="240" w:lineRule="auto"/>
        <w:rPr>
          <w:lang w:val="it-IT"/>
        </w:rPr>
      </w:pPr>
      <w:r w:rsidRPr="00393EDD">
        <w:rPr>
          <w:lang w:val="it-IT"/>
        </w:rPr>
        <w:t>Per eventuali attività esterne, visite o trasferimenti non compresi nel normale svolgimento del progetto sarà richiesta, ove necessaria, specifica autorizzazione.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b/>
          <w:lang w:val="it-IT"/>
        </w:rPr>
        <w:t xml:space="preserve">Recapito telefonico per comunicazioni urgenti: </w:t>
      </w:r>
      <w:r w:rsidRPr="00393EDD">
        <w:rPr>
          <w:lang w:val="it-IT"/>
        </w:rPr>
        <w:t>________________________________________________________________________________</w:t>
      </w:r>
    </w:p>
    <w:p w:rsidR="00375B14" w:rsidRPr="00393EDD" w:rsidRDefault="00000000">
      <w:pPr>
        <w:spacing w:line="240" w:lineRule="auto"/>
        <w:rPr>
          <w:lang w:val="it-IT"/>
        </w:rPr>
      </w:pPr>
      <w:r w:rsidRPr="00393EDD">
        <w:rPr>
          <w:b/>
          <w:lang w:val="it-IT"/>
        </w:rPr>
        <w:t xml:space="preserve">Luogo e data: </w:t>
      </w:r>
      <w:r w:rsidRPr="00393EDD">
        <w:rPr>
          <w:lang w:val="it-IT"/>
        </w:rPr>
        <w:t>________________________________________________________________________________</w:t>
      </w:r>
    </w:p>
    <w:p w:rsidR="00375B14" w:rsidRPr="00393EDD" w:rsidRDefault="00000000">
      <w:pPr>
        <w:spacing w:line="240" w:lineRule="auto"/>
        <w:jc w:val="right"/>
        <w:rPr>
          <w:lang w:val="it-IT"/>
        </w:rPr>
      </w:pPr>
      <w:r w:rsidRPr="00393EDD">
        <w:rPr>
          <w:b/>
          <w:lang w:val="it-IT"/>
        </w:rPr>
        <w:t>Firma del genitore/esercente la responsabilità genitoriale</w:t>
      </w:r>
      <w:r w:rsidRPr="00393EDD">
        <w:rPr>
          <w:b/>
          <w:lang w:val="it-IT"/>
        </w:rPr>
        <w:br/>
        <w:t>______________________________</w:t>
      </w:r>
      <w:r w:rsidRPr="00393EDD">
        <w:rPr>
          <w:b/>
          <w:lang w:val="it-IT"/>
        </w:rPr>
        <w:br/>
      </w:r>
      <w:r w:rsidRPr="00393EDD">
        <w:rPr>
          <w:b/>
          <w:lang w:val="it-IT"/>
        </w:rPr>
        <w:br/>
        <w:t>Firma dello studente maggiorenne (se applicabile)</w:t>
      </w:r>
      <w:r w:rsidRPr="00393EDD">
        <w:rPr>
          <w:b/>
          <w:lang w:val="it-IT"/>
        </w:rPr>
        <w:br/>
        <w:t>______________________________</w:t>
      </w:r>
    </w:p>
    <w:sectPr w:rsidR="00375B14" w:rsidRPr="00393EDD" w:rsidSect="00034616">
      <w:headerReference w:type="default" r:id="rId8"/>
      <w:footerReference w:type="default" r:id="rId9"/>
      <w:pgSz w:w="12240" w:h="15840"/>
      <w:pgMar w:top="1928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15CC5" w:rsidRDefault="00915CC5">
      <w:pPr>
        <w:spacing w:after="0" w:line="240" w:lineRule="auto"/>
      </w:pPr>
      <w:r>
        <w:separator/>
      </w:r>
    </w:p>
  </w:endnote>
  <w:endnote w:type="continuationSeparator" w:id="0">
    <w:p w:rsidR="00915CC5" w:rsidRDefault="00915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B14" w:rsidRPr="00393EDD" w:rsidRDefault="00000000">
    <w:pPr>
      <w:pStyle w:val="Pidipagina"/>
      <w:jc w:val="center"/>
      <w:rPr>
        <w:lang w:val="it-IT"/>
      </w:rPr>
    </w:pPr>
    <w:r w:rsidRPr="00393EDD">
      <w:rPr>
        <w:color w:val="1F4E79"/>
        <w:sz w:val="14"/>
        <w:lang w:val="it-IT"/>
      </w:rPr>
      <w:t>C.F. 82000830768 • C.M. PZIS01700R • Codice Univoco UFSXVU • Tel. 0973 611826</w:t>
    </w:r>
  </w:p>
  <w:p w:rsidR="00375B14" w:rsidRPr="00393EDD" w:rsidRDefault="00000000">
    <w:pPr>
      <w:spacing w:after="0"/>
      <w:jc w:val="center"/>
      <w:rPr>
        <w:lang w:val="it-IT"/>
      </w:rPr>
    </w:pPr>
    <w:r w:rsidRPr="00393EDD">
      <w:rPr>
        <w:color w:val="1F4E79"/>
        <w:sz w:val="14"/>
        <w:lang w:val="it-IT"/>
      </w:rPr>
      <w:t>pzis01700r@istruzione.it • pzis01700r@pec.istruzione.it • www.isisantarcangelo.edu.it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15CC5" w:rsidRDefault="00915CC5">
      <w:pPr>
        <w:spacing w:after="0" w:line="240" w:lineRule="auto"/>
      </w:pPr>
      <w:r>
        <w:separator/>
      </w:r>
    </w:p>
  </w:footnote>
  <w:footnote w:type="continuationSeparator" w:id="0">
    <w:p w:rsidR="00915CC5" w:rsidRDefault="00915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B14" w:rsidRPr="00393EDD" w:rsidRDefault="00000000">
    <w:pPr>
      <w:pStyle w:val="Intestazione"/>
      <w:jc w:val="center"/>
      <w:rPr>
        <w:lang w:val="it-IT"/>
      </w:rPr>
    </w:pPr>
    <w:r w:rsidRPr="00393EDD">
      <w:rPr>
        <w:b/>
        <w:color w:val="D9A300"/>
        <w:sz w:val="17"/>
        <w:lang w:val="it-IT"/>
      </w:rPr>
      <w:t>MINISTERO DELL’ISTRUZIONE E DEL MERITO</w:t>
    </w:r>
  </w:p>
  <w:p w:rsidR="00375B14" w:rsidRPr="00393EDD" w:rsidRDefault="00000000">
    <w:pPr>
      <w:spacing w:after="0"/>
      <w:jc w:val="center"/>
      <w:rPr>
        <w:lang w:val="it-IT"/>
      </w:rPr>
    </w:pPr>
    <w:r w:rsidRPr="00393EDD">
      <w:rPr>
        <w:b/>
        <w:color w:val="1F4E79"/>
        <w:sz w:val="26"/>
        <w:lang w:val="it-IT"/>
      </w:rPr>
      <w:t>ISTITUTO D’ISTRUZIONE SUPERIORE “CARLO LEVI”</w:t>
    </w:r>
  </w:p>
  <w:p w:rsidR="00375B14" w:rsidRPr="00393EDD" w:rsidRDefault="00000000">
    <w:pPr>
      <w:spacing w:after="0"/>
      <w:jc w:val="center"/>
      <w:rPr>
        <w:lang w:val="it-IT"/>
      </w:rPr>
    </w:pPr>
    <w:r w:rsidRPr="00393EDD">
      <w:rPr>
        <w:sz w:val="17"/>
        <w:lang w:val="it-IT"/>
      </w:rPr>
      <w:t>Viale Italia, 34 · 85037 Sant’Arcangelo (PZ)</w:t>
    </w:r>
  </w:p>
  <w:p w:rsidR="00375B14" w:rsidRPr="00393EDD" w:rsidRDefault="00000000">
    <w:pPr>
      <w:spacing w:after="0"/>
      <w:jc w:val="center"/>
      <w:rPr>
        <w:lang w:val="it-IT"/>
      </w:rPr>
    </w:pPr>
    <w:r w:rsidRPr="00393EDD">
      <w:rPr>
        <w:b/>
        <w:color w:val="1F4E79"/>
        <w:sz w:val="18"/>
        <w:lang w:val="it-IT"/>
      </w:rPr>
      <w:t>LICEO • ITAFM • IPSASR • ITT</w:t>
    </w:r>
  </w:p>
  <w:p w:rsidR="00375B14" w:rsidRPr="00393EDD" w:rsidRDefault="00000000">
    <w:pPr>
      <w:pBdr>
        <w:bottom w:val="single" w:sz="8" w:space="2" w:color="D9A300"/>
      </w:pBdr>
      <w:spacing w:after="40"/>
      <w:jc w:val="center"/>
      <w:rPr>
        <w:lang w:val="it-IT"/>
      </w:rPr>
    </w:pPr>
    <w:r w:rsidRPr="00393EDD">
      <w:rPr>
        <w:sz w:val="14"/>
        <w:lang w:val="it-IT"/>
      </w:rPr>
      <w:t>Liceo Scientifico · Scienze Applicate · Linguistico | ITAFM | IPSASR “G. Fortunato” · Corso Serale | ITT Chimica, materiali e biotecnologie – Corleto Perticara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1942588">
    <w:abstractNumId w:val="8"/>
  </w:num>
  <w:num w:numId="2" w16cid:durableId="1081491021">
    <w:abstractNumId w:val="6"/>
  </w:num>
  <w:num w:numId="3" w16cid:durableId="854540948">
    <w:abstractNumId w:val="5"/>
  </w:num>
  <w:num w:numId="4" w16cid:durableId="1629162079">
    <w:abstractNumId w:val="4"/>
  </w:num>
  <w:num w:numId="5" w16cid:durableId="1998990651">
    <w:abstractNumId w:val="7"/>
  </w:num>
  <w:num w:numId="6" w16cid:durableId="1835953500">
    <w:abstractNumId w:val="3"/>
  </w:num>
  <w:num w:numId="7" w16cid:durableId="1059086041">
    <w:abstractNumId w:val="2"/>
  </w:num>
  <w:num w:numId="8" w16cid:durableId="1675381705">
    <w:abstractNumId w:val="1"/>
  </w:num>
  <w:num w:numId="9" w16cid:durableId="1888375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5B14"/>
    <w:rsid w:val="00393EDD"/>
    <w:rsid w:val="00915CC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E1ACC"/>
  <w14:defaultImageDpi w14:val="300"/>
  <w15:docId w15:val="{4C71F558-F8D0-7449-B577-4D099B30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2026-09-19T04:24:00Z</dcterms:modified>
  <cp:category/>
</cp:coreProperties>
</file>