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912"/>
      </w:tblGrid>
      <w:tr w:rsidR="003D14AD" w:rsidRPr="00192C1E">
        <w:trPr>
          <w:jc w:val="center"/>
        </w:trPr>
        <w:tc>
          <w:tcPr>
            <w:tcW w:w="13912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Pr="00192C1E" w:rsidRDefault="00000000">
            <w:pPr>
              <w:spacing w:after="0"/>
              <w:jc w:val="center"/>
              <w:rPr>
                <w:b/>
                <w:color w:val="1F4E79"/>
                <w:sz w:val="26"/>
                <w:lang w:val="it-IT"/>
              </w:rPr>
            </w:pPr>
            <w:r w:rsidRPr="00192C1E">
              <w:rPr>
                <w:b/>
                <w:color w:val="1F4E79"/>
                <w:sz w:val="26"/>
                <w:lang w:val="it-IT"/>
              </w:rPr>
              <w:t>F5 – REGISTRO PRESENZE E ATTIVITÀ</w:t>
            </w:r>
          </w:p>
          <w:p w:rsidR="00192C1E" w:rsidRPr="00192C1E" w:rsidRDefault="00192C1E">
            <w:pPr>
              <w:spacing w:after="0"/>
              <w:jc w:val="center"/>
              <w:rPr>
                <w:lang w:val="it-IT"/>
              </w:rPr>
            </w:pPr>
            <w:r w:rsidRPr="00192C1E">
              <w:rPr>
                <w:color w:val="1F4E79"/>
                <w:sz w:val="26"/>
                <w:lang w:val="it-IT"/>
              </w:rPr>
              <w:t>Solo per pro</w:t>
            </w:r>
            <w:r>
              <w:rPr>
                <w:color w:val="1F4E79"/>
                <w:sz w:val="26"/>
                <w:lang w:val="it-IT"/>
              </w:rPr>
              <w:t>getti extra curriculari</w:t>
            </w:r>
          </w:p>
        </w:tc>
      </w:tr>
    </w:tbl>
    <w:p w:rsidR="003D14AD" w:rsidRPr="00192C1E" w:rsidRDefault="00000000">
      <w:pPr>
        <w:jc w:val="center"/>
        <w:rPr>
          <w:lang w:val="it-IT"/>
        </w:rPr>
      </w:pPr>
      <w:r w:rsidRPr="00192C1E">
        <w:rPr>
          <w:b/>
          <w:sz w:val="20"/>
          <w:lang w:val="it-IT"/>
        </w:rPr>
        <w:t xml:space="preserve">Progetti PTOF extracurricolari – </w:t>
      </w:r>
      <w:proofErr w:type="spellStart"/>
      <w:r w:rsidRPr="00192C1E">
        <w:rPr>
          <w:b/>
          <w:sz w:val="20"/>
          <w:lang w:val="it-IT"/>
        </w:rPr>
        <w:t>a.s.</w:t>
      </w:r>
      <w:proofErr w:type="spellEnd"/>
      <w:r w:rsidRPr="00192C1E">
        <w:rPr>
          <w:b/>
          <w:sz w:val="20"/>
          <w:lang w:val="it-IT"/>
        </w:rPr>
        <w:t xml:space="preserve"> 2026/2027</w:t>
      </w:r>
    </w:p>
    <w:p w:rsidR="003D14AD" w:rsidRPr="00192C1E" w:rsidRDefault="00000000">
      <w:pPr>
        <w:rPr>
          <w:lang w:val="it-IT"/>
        </w:rPr>
      </w:pPr>
      <w:r w:rsidRPr="00192C1E">
        <w:rPr>
          <w:b/>
          <w:lang w:val="it-IT"/>
        </w:rPr>
        <w:t xml:space="preserve">Titolo progetto: </w:t>
      </w:r>
      <w:r w:rsidRPr="00192C1E">
        <w:rPr>
          <w:lang w:val="it-IT"/>
        </w:rPr>
        <w:t>________________________________________________________________________________</w:t>
      </w:r>
    </w:p>
    <w:p w:rsidR="003D14AD" w:rsidRPr="00192C1E" w:rsidRDefault="00000000">
      <w:pPr>
        <w:rPr>
          <w:lang w:val="it-IT"/>
        </w:rPr>
      </w:pPr>
      <w:r w:rsidRPr="00192C1E">
        <w:rPr>
          <w:b/>
          <w:lang w:val="it-IT"/>
        </w:rPr>
        <w:t xml:space="preserve">Docente responsabile: </w:t>
      </w:r>
      <w:r w:rsidRPr="00192C1E">
        <w:rPr>
          <w:lang w:val="it-IT"/>
        </w:rPr>
        <w:t>________________________________________________________________________________</w:t>
      </w:r>
    </w:p>
    <w:p w:rsidR="003D14AD" w:rsidRPr="00192C1E" w:rsidRDefault="00000000">
      <w:pPr>
        <w:rPr>
          <w:lang w:val="it-IT"/>
        </w:rPr>
      </w:pPr>
      <w:r w:rsidRPr="00192C1E">
        <w:rPr>
          <w:b/>
          <w:lang w:val="it-IT"/>
        </w:rPr>
        <w:t xml:space="preserve">Sede: </w:t>
      </w:r>
      <w:r w:rsidRPr="00192C1E">
        <w:rPr>
          <w:lang w:val="it-IT"/>
        </w:rPr>
        <w:t>________________________________________________________________________________</w:t>
      </w:r>
    </w:p>
    <w:p w:rsidR="003D14AD" w:rsidRPr="00192C1E" w:rsidRDefault="00000000">
      <w:pPr>
        <w:rPr>
          <w:lang w:val="it-IT"/>
        </w:rPr>
      </w:pPr>
      <w:r w:rsidRPr="00192C1E">
        <w:rPr>
          <w:b/>
          <w:lang w:val="it-IT"/>
        </w:rPr>
        <w:t xml:space="preserve">Monte ore autorizzato: </w:t>
      </w:r>
      <w:r w:rsidRPr="00192C1E">
        <w:rPr>
          <w:lang w:val="it-IT"/>
        </w:rPr>
        <w:t>________________________________________________________________________________</w:t>
      </w:r>
    </w:p>
    <w:p w:rsidR="003D14AD" w:rsidRPr="00192C1E" w:rsidRDefault="00000000">
      <w:pPr>
        <w:rPr>
          <w:lang w:val="it-IT"/>
        </w:rPr>
      </w:pPr>
      <w:r w:rsidRPr="00192C1E">
        <w:rPr>
          <w:b/>
          <w:color w:val="1F4E79"/>
          <w:sz w:val="21"/>
          <w:lang w:val="it-IT"/>
        </w:rPr>
        <w:t>A. REGISTRO DELLE ATTIVITÀ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39"/>
        <w:gridCol w:w="1739"/>
        <w:gridCol w:w="1739"/>
      </w:tblGrid>
      <w:tr w:rsidR="003D14AD">
        <w:trPr>
          <w:tblHeader/>
          <w:jc w:val="center"/>
        </w:trPr>
        <w:tc>
          <w:tcPr>
            <w:tcW w:w="1739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N.</w:t>
            </w:r>
          </w:p>
        </w:tc>
        <w:tc>
          <w:tcPr>
            <w:tcW w:w="1739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Data</w:t>
            </w:r>
          </w:p>
        </w:tc>
        <w:tc>
          <w:tcPr>
            <w:tcW w:w="1739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Ora inizio</w:t>
            </w:r>
          </w:p>
        </w:tc>
        <w:tc>
          <w:tcPr>
            <w:tcW w:w="1739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Ora fine</w:t>
            </w:r>
          </w:p>
        </w:tc>
        <w:tc>
          <w:tcPr>
            <w:tcW w:w="1739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39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Attività svolta</w:t>
            </w:r>
          </w:p>
        </w:tc>
        <w:tc>
          <w:tcPr>
            <w:tcW w:w="1739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N. presenti</w:t>
            </w:r>
          </w:p>
        </w:tc>
        <w:tc>
          <w:tcPr>
            <w:tcW w:w="1739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Firma docente/esperto</w:t>
            </w: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11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12</w:t>
            </w: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17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</w:tbl>
    <w:p w:rsidR="003D14AD" w:rsidRDefault="00000000">
      <w:r>
        <w:br w:type="page"/>
      </w:r>
    </w:p>
    <w:p w:rsidR="003D14AD" w:rsidRPr="00192C1E" w:rsidRDefault="00000000">
      <w:pPr>
        <w:rPr>
          <w:lang w:val="it-IT"/>
        </w:rPr>
      </w:pPr>
      <w:r w:rsidRPr="00192C1E">
        <w:rPr>
          <w:b/>
          <w:color w:val="1F4E79"/>
          <w:sz w:val="21"/>
          <w:lang w:val="it-IT"/>
        </w:rPr>
        <w:lastRenderedPageBreak/>
        <w:t>B. FOGLIO FIRME DEL SINGOLO INCONTRO – DA DUPLICARE PER CIASCUNA DATA</w:t>
      </w:r>
    </w:p>
    <w:p w:rsidR="003D14AD" w:rsidRPr="00192C1E" w:rsidRDefault="00000000">
      <w:pPr>
        <w:rPr>
          <w:lang w:val="it-IT"/>
        </w:rPr>
      </w:pPr>
      <w:r w:rsidRPr="00192C1E">
        <w:rPr>
          <w:b/>
          <w:lang w:val="it-IT"/>
        </w:rPr>
        <w:t xml:space="preserve">Data incontro: </w:t>
      </w:r>
      <w:r w:rsidRPr="00192C1E">
        <w:rPr>
          <w:lang w:val="it-IT"/>
        </w:rPr>
        <w:t>________________________________________________________________________________</w:t>
      </w:r>
    </w:p>
    <w:p w:rsidR="003D14AD" w:rsidRPr="00192C1E" w:rsidRDefault="00000000">
      <w:pPr>
        <w:rPr>
          <w:lang w:val="it-IT"/>
        </w:rPr>
      </w:pPr>
      <w:r w:rsidRPr="00192C1E">
        <w:rPr>
          <w:b/>
          <w:lang w:val="it-IT"/>
        </w:rPr>
        <w:t xml:space="preserve">Orario: </w:t>
      </w:r>
      <w:r w:rsidRPr="00192C1E">
        <w:rPr>
          <w:lang w:val="it-IT"/>
        </w:rPr>
        <w:t>________________________________________________________________________________</w:t>
      </w:r>
    </w:p>
    <w:p w:rsidR="003D14AD" w:rsidRPr="00192C1E" w:rsidRDefault="00000000">
      <w:pPr>
        <w:rPr>
          <w:lang w:val="it-IT"/>
        </w:rPr>
      </w:pPr>
      <w:r w:rsidRPr="00192C1E">
        <w:rPr>
          <w:b/>
          <w:lang w:val="it-IT"/>
        </w:rPr>
        <w:t xml:space="preserve">Attività svolta: </w:t>
      </w:r>
      <w:r w:rsidRPr="00192C1E">
        <w:rPr>
          <w:lang w:val="it-IT"/>
        </w:rPr>
        <w:t>________________________________________________________________________________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319"/>
        <w:gridCol w:w="2319"/>
        <w:gridCol w:w="2319"/>
        <w:gridCol w:w="2319"/>
        <w:gridCol w:w="2319"/>
        <w:gridCol w:w="2319"/>
      </w:tblGrid>
      <w:tr w:rsidR="003D14AD">
        <w:trPr>
          <w:tblHeader/>
          <w:jc w:val="center"/>
        </w:trPr>
        <w:tc>
          <w:tcPr>
            <w:tcW w:w="2319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N.</w:t>
            </w:r>
          </w:p>
        </w:tc>
        <w:tc>
          <w:tcPr>
            <w:tcW w:w="2319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Cognome e nome studente</w:t>
            </w:r>
          </w:p>
        </w:tc>
        <w:tc>
          <w:tcPr>
            <w:tcW w:w="2319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Classe</w:t>
            </w:r>
          </w:p>
        </w:tc>
        <w:tc>
          <w:tcPr>
            <w:tcW w:w="2319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Firma ingresso</w:t>
            </w:r>
          </w:p>
        </w:tc>
        <w:tc>
          <w:tcPr>
            <w:tcW w:w="2319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Firma uscita</w:t>
            </w:r>
          </w:p>
        </w:tc>
        <w:tc>
          <w:tcPr>
            <w:tcW w:w="2319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Note</w:t>
            </w: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11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12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13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14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  <w:tr w:rsidR="003D14AD">
        <w:trPr>
          <w:jc w:val="center"/>
        </w:trPr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000000">
            <w:pPr>
              <w:spacing w:after="0"/>
            </w:pPr>
            <w:r>
              <w:rPr>
                <w:sz w:val="16"/>
              </w:rPr>
              <w:t>15</w:t>
            </w: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  <w:tc>
          <w:tcPr>
            <w:tcW w:w="23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D14AD" w:rsidRDefault="003D14AD">
            <w:pPr>
              <w:spacing w:after="0"/>
            </w:pPr>
          </w:p>
        </w:tc>
      </w:tr>
    </w:tbl>
    <w:p w:rsidR="003D14AD" w:rsidRDefault="00000000">
      <w:r>
        <w:rPr>
          <w:b/>
        </w:rPr>
        <w:t xml:space="preserve">Firma docente responsabile / esperto: </w:t>
      </w:r>
      <w:r>
        <w:t>________________________________________________________________________________</w:t>
      </w:r>
    </w:p>
    <w:p w:rsidR="003D14AD" w:rsidRPr="00192C1E" w:rsidRDefault="00000000">
      <w:pPr>
        <w:pStyle w:val="SmallNote"/>
        <w:spacing w:after="40"/>
        <w:rPr>
          <w:lang w:val="it-IT"/>
        </w:rPr>
      </w:pPr>
      <w:r w:rsidRPr="00192C1E">
        <w:rPr>
          <w:lang w:val="it-IT"/>
        </w:rPr>
        <w:t>Il registro deve essere compilato contestualmente allo svolgimento delle attività. Eventuali correzioni devono restare leggibili e controfirmate; non sono ammesse ricostruzioni cumulative delle presenze a fine progetto.</w:t>
      </w:r>
    </w:p>
    <w:sectPr w:rsidR="003D14AD" w:rsidRPr="00192C1E" w:rsidSect="00034616">
      <w:headerReference w:type="default" r:id="rId8"/>
      <w:footerReference w:type="default" r:id="rId9"/>
      <w:pgSz w:w="15840" w:h="12240" w:orient="landscape"/>
      <w:pgMar w:top="1928" w:right="964" w:bottom="73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1082" w:rsidRDefault="00EC1082">
      <w:pPr>
        <w:spacing w:after="0" w:line="240" w:lineRule="auto"/>
      </w:pPr>
      <w:r>
        <w:separator/>
      </w:r>
    </w:p>
  </w:endnote>
  <w:endnote w:type="continuationSeparator" w:id="0">
    <w:p w:rsidR="00EC1082" w:rsidRDefault="00EC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D14AD" w:rsidRPr="00192C1E" w:rsidRDefault="00000000">
    <w:pPr>
      <w:pStyle w:val="Pidipagina"/>
      <w:jc w:val="center"/>
      <w:rPr>
        <w:lang w:val="it-IT"/>
      </w:rPr>
    </w:pPr>
    <w:r w:rsidRPr="00192C1E">
      <w:rPr>
        <w:color w:val="1F4E79"/>
        <w:sz w:val="14"/>
        <w:lang w:val="it-IT"/>
      </w:rPr>
      <w:t>C.F. 82000830768 • C.M. PZIS01700R • Codice Univoco UFSXVU • Tel. 0973 611826</w:t>
    </w:r>
  </w:p>
  <w:p w:rsidR="003D14AD" w:rsidRPr="00192C1E" w:rsidRDefault="00000000">
    <w:pPr>
      <w:spacing w:after="0"/>
      <w:jc w:val="center"/>
      <w:rPr>
        <w:lang w:val="it-IT"/>
      </w:rPr>
    </w:pPr>
    <w:r w:rsidRPr="00192C1E">
      <w:rPr>
        <w:color w:val="1F4E79"/>
        <w:sz w:val="14"/>
        <w:lang w:val="it-IT"/>
      </w:rPr>
      <w:t>pzis01700r@istruzione.it • pzis01700r@pec.istruzione.it • www.isisantarcangelo.edu.it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1082" w:rsidRDefault="00EC1082">
      <w:pPr>
        <w:spacing w:after="0" w:line="240" w:lineRule="auto"/>
      </w:pPr>
      <w:r>
        <w:separator/>
      </w:r>
    </w:p>
  </w:footnote>
  <w:footnote w:type="continuationSeparator" w:id="0">
    <w:p w:rsidR="00EC1082" w:rsidRDefault="00EC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D14AD" w:rsidRPr="00192C1E" w:rsidRDefault="00000000">
    <w:pPr>
      <w:pStyle w:val="Intestazione"/>
      <w:jc w:val="center"/>
      <w:rPr>
        <w:lang w:val="it-IT"/>
      </w:rPr>
    </w:pPr>
    <w:r w:rsidRPr="00192C1E">
      <w:rPr>
        <w:b/>
        <w:color w:val="D9A300"/>
        <w:sz w:val="17"/>
        <w:lang w:val="it-IT"/>
      </w:rPr>
      <w:t>MINISTERO DELL’ISTRUZIONE E DEL MERITO</w:t>
    </w:r>
  </w:p>
  <w:p w:rsidR="003D14AD" w:rsidRPr="00192C1E" w:rsidRDefault="00000000">
    <w:pPr>
      <w:spacing w:after="0"/>
      <w:jc w:val="center"/>
      <w:rPr>
        <w:lang w:val="it-IT"/>
      </w:rPr>
    </w:pPr>
    <w:r w:rsidRPr="00192C1E">
      <w:rPr>
        <w:b/>
        <w:color w:val="1F4E79"/>
        <w:sz w:val="26"/>
        <w:lang w:val="it-IT"/>
      </w:rPr>
      <w:t>ISTITUTO D’ISTRUZIONE SUPERIORE “CARLO LEVI”</w:t>
    </w:r>
  </w:p>
  <w:p w:rsidR="003D14AD" w:rsidRPr="00192C1E" w:rsidRDefault="00000000">
    <w:pPr>
      <w:spacing w:after="0"/>
      <w:jc w:val="center"/>
      <w:rPr>
        <w:lang w:val="it-IT"/>
      </w:rPr>
    </w:pPr>
    <w:r w:rsidRPr="00192C1E">
      <w:rPr>
        <w:sz w:val="17"/>
        <w:lang w:val="it-IT"/>
      </w:rPr>
      <w:t>Viale Italia, 34 · 85037 Sant’Arcangelo (PZ)</w:t>
    </w:r>
  </w:p>
  <w:p w:rsidR="003D14AD" w:rsidRPr="00192C1E" w:rsidRDefault="00000000">
    <w:pPr>
      <w:spacing w:after="0"/>
      <w:jc w:val="center"/>
      <w:rPr>
        <w:lang w:val="it-IT"/>
      </w:rPr>
    </w:pPr>
    <w:r w:rsidRPr="00192C1E">
      <w:rPr>
        <w:b/>
        <w:color w:val="1F4E79"/>
        <w:lang w:val="it-IT"/>
      </w:rPr>
      <w:t>LICEO • ITAFM • IPSASR • ITT</w:t>
    </w:r>
  </w:p>
  <w:p w:rsidR="003D14AD" w:rsidRPr="00192C1E" w:rsidRDefault="00000000">
    <w:pPr>
      <w:pBdr>
        <w:bottom w:val="single" w:sz="8" w:space="2" w:color="D9A300"/>
      </w:pBdr>
      <w:jc w:val="center"/>
      <w:rPr>
        <w:lang w:val="it-IT"/>
      </w:rPr>
    </w:pPr>
    <w:r w:rsidRPr="00192C1E">
      <w:rPr>
        <w:sz w:val="14"/>
        <w:lang w:val="it-IT"/>
      </w:rPr>
      <w:t>Liceo Scientifico · Scienze Applicate · Linguistico | ITAFM | IPSASR “G. Fortunato” · Corso Serale | ITT Chimica, materiali e biotecnologie – Corleto Perticara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0379614">
    <w:abstractNumId w:val="8"/>
  </w:num>
  <w:num w:numId="2" w16cid:durableId="1988049973">
    <w:abstractNumId w:val="6"/>
  </w:num>
  <w:num w:numId="3" w16cid:durableId="1110317765">
    <w:abstractNumId w:val="5"/>
  </w:num>
  <w:num w:numId="4" w16cid:durableId="1882590578">
    <w:abstractNumId w:val="4"/>
  </w:num>
  <w:num w:numId="5" w16cid:durableId="1089736059">
    <w:abstractNumId w:val="7"/>
  </w:num>
  <w:num w:numId="6" w16cid:durableId="1406685340">
    <w:abstractNumId w:val="3"/>
  </w:num>
  <w:num w:numId="7" w16cid:durableId="251396707">
    <w:abstractNumId w:val="2"/>
  </w:num>
  <w:num w:numId="8" w16cid:durableId="2103139433">
    <w:abstractNumId w:val="1"/>
  </w:num>
  <w:num w:numId="9" w16cid:durableId="186694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C1E"/>
    <w:rsid w:val="0029639D"/>
    <w:rsid w:val="00326F90"/>
    <w:rsid w:val="003D14AD"/>
    <w:rsid w:val="00AA1D8D"/>
    <w:rsid w:val="00B47730"/>
    <w:rsid w:val="00CB0664"/>
    <w:rsid w:val="00EC10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DE97F8"/>
  <w14:defaultImageDpi w14:val="300"/>
  <w15:docId w15:val="{4C71F558-F8D0-7449-B577-4D099B30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2026-09-19T04:25:00Z</dcterms:modified>
  <cp:category/>
</cp:coreProperties>
</file>