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 w:rsidRPr="00204EF9">
        <w:trPr>
          <w:jc w:val="center"/>
        </w:trPr>
        <w:tc>
          <w:tcPr>
            <w:tcW w:w="10312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jc w:val="center"/>
              <w:rPr>
                <w:b/>
                <w:color w:val="1F4E79"/>
                <w:sz w:val="26"/>
                <w:lang w:val="it-IT"/>
              </w:rPr>
            </w:pPr>
            <w:r w:rsidRPr="00204EF9">
              <w:rPr>
                <w:b/>
                <w:color w:val="1F4E79"/>
                <w:sz w:val="26"/>
                <w:lang w:val="it-IT"/>
              </w:rPr>
              <w:t>F6 – RELAZIONE FINALE DEL PROGETTO</w:t>
            </w:r>
          </w:p>
          <w:p w:rsidR="00204EF9" w:rsidRPr="00204EF9" w:rsidRDefault="00204EF9">
            <w:pPr>
              <w:spacing w:after="0"/>
              <w:jc w:val="center"/>
              <w:rPr>
                <w:lang w:val="it-IT"/>
              </w:rPr>
            </w:pPr>
            <w:r w:rsidRPr="00204EF9">
              <w:rPr>
                <w:color w:val="1F4E79"/>
                <w:sz w:val="26"/>
                <w:lang w:val="it-IT"/>
              </w:rPr>
              <w:t>Anc</w:t>
            </w:r>
            <w:r>
              <w:rPr>
                <w:color w:val="1F4E79"/>
                <w:sz w:val="26"/>
                <w:lang w:val="it-IT"/>
              </w:rPr>
              <w:t>he per progetti curriculari</w:t>
            </w:r>
          </w:p>
        </w:tc>
      </w:tr>
    </w:tbl>
    <w:p w:rsidR="003B1CE8" w:rsidRPr="00204EF9" w:rsidRDefault="00000000">
      <w:pPr>
        <w:spacing w:after="160"/>
        <w:jc w:val="center"/>
        <w:rPr>
          <w:lang w:val="it-IT"/>
        </w:rPr>
      </w:pPr>
      <w:r w:rsidRPr="00204EF9">
        <w:rPr>
          <w:b/>
          <w:sz w:val="20"/>
          <w:lang w:val="it-IT"/>
        </w:rPr>
        <w:t xml:space="preserve">Progetti PTOF extracurricolari – </w:t>
      </w:r>
      <w:proofErr w:type="spellStart"/>
      <w:r w:rsidRPr="00204EF9">
        <w:rPr>
          <w:b/>
          <w:sz w:val="20"/>
          <w:lang w:val="it-IT"/>
        </w:rPr>
        <w:t>a.s.</w:t>
      </w:r>
      <w:proofErr w:type="spellEnd"/>
      <w:r w:rsidRPr="00204EF9">
        <w:rPr>
          <w:b/>
          <w:sz w:val="20"/>
          <w:lang w:val="it-IT"/>
        </w:rPr>
        <w:t xml:space="preserve"> 2026/2027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Titolo progetto: </w:t>
      </w:r>
      <w:r w:rsidRPr="00204EF9">
        <w:rPr>
          <w:lang w:val="it-IT"/>
        </w:rPr>
        <w:t>________________________________________________________________________________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Docente responsabile: </w:t>
      </w:r>
      <w:r w:rsidRPr="00204EF9">
        <w:rPr>
          <w:lang w:val="it-IT"/>
        </w:rPr>
        <w:t>________________________________________________________________________________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Sede/i di svolgimento: </w:t>
      </w:r>
      <w:r w:rsidRPr="00204EF9">
        <w:rPr>
          <w:lang w:val="it-IT"/>
        </w:rPr>
        <w:t>________________________________________________________________________________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Periodo effettivo di svolgimento: </w:t>
      </w:r>
      <w:r w:rsidRPr="00204EF9">
        <w:rPr>
          <w:lang w:val="it-IT"/>
        </w:rPr>
        <w:t>________________________________________________________________________________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Monte ore autorizzato: </w:t>
      </w:r>
      <w:r w:rsidRPr="00204EF9">
        <w:rPr>
          <w:lang w:val="it-IT"/>
        </w:rPr>
        <w:t>________________________________________________________________________________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Monte ore effettivamente svolto: </w:t>
      </w:r>
      <w:r w:rsidRPr="00204EF9">
        <w:rPr>
          <w:lang w:val="it-IT"/>
        </w:rPr>
        <w:t>________________________________________________________________________________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Numero partecipanti iniziale: </w:t>
      </w:r>
      <w:r w:rsidRPr="00204EF9">
        <w:rPr>
          <w:lang w:val="it-IT"/>
        </w:rPr>
        <w:t>________________________________________________________________________________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Numero partecipanti che hanno concluso il percorso: </w:t>
      </w:r>
      <w:r w:rsidRPr="00204EF9">
        <w:rPr>
          <w:lang w:val="it-IT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Default="00000000">
            <w:pPr>
              <w:spacing w:after="0"/>
            </w:pPr>
            <w:r>
              <w:rPr>
                <w:b/>
                <w:color w:val="FFFFFF"/>
              </w:rPr>
              <w:t>1 – SINTESI DELLE ATTIVITÀ REALIZZATE</w:t>
            </w:r>
          </w:p>
        </w:tc>
      </w:tr>
      <w:tr w:rsidR="003B1CE8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sz w:val="19"/>
                <w:lang w:val="it-IT"/>
              </w:rPr>
              <w:t>Descrivere le attività effettivamente svolte e le principali fasi del progetto: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3B1CE8" w:rsidRDefault="003B1CE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Default="00000000">
            <w:pPr>
              <w:spacing w:after="0"/>
            </w:pPr>
            <w:r>
              <w:rPr>
                <w:b/>
                <w:color w:val="FFFFFF"/>
              </w:rPr>
              <w:t>2 – OBIETTIVI E RISULTATI CONSEGUITI</w:t>
            </w:r>
          </w:p>
        </w:tc>
      </w:tr>
      <w:tr w:rsidR="003B1CE8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sz w:val="19"/>
                <w:lang w:val="it-IT"/>
              </w:rPr>
              <w:t>Indicare il grado di raggiungimento degli obiettivi, i risultati osservati e gli indicatori utilizzati: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3B1CE8" w:rsidRDefault="003B1CE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Default="00000000">
            <w:pPr>
              <w:spacing w:after="0"/>
            </w:pPr>
            <w:r>
              <w:rPr>
                <w:b/>
                <w:color w:val="FFFFFF"/>
              </w:rPr>
              <w:t>3 – PARTECIPAZIONE E FREQUENZA</w:t>
            </w:r>
          </w:p>
        </w:tc>
      </w:tr>
      <w:tr w:rsidR="003B1CE8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sz w:val="19"/>
                <w:lang w:val="it-IT"/>
              </w:rPr>
              <w:t>Andamento della frequenza, partecipazione degli studenti, eventuali rinunce o criticità: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3B1CE8" w:rsidRDefault="003B1CE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 w:rsidRPr="00204EF9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color w:val="FFFFFF"/>
                <w:lang w:val="it-IT"/>
              </w:rPr>
              <w:lastRenderedPageBreak/>
              <w:t>4 – METODOLOGIE, INCLUSIONE E CLIMA DI LAVORO</w:t>
            </w:r>
          </w:p>
        </w:tc>
      </w:tr>
      <w:tr w:rsidR="003B1CE8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sz w:val="19"/>
                <w:lang w:val="it-IT"/>
              </w:rPr>
              <w:t>Valutazione delle metodologie adottate e degli aspetti inclusivi/relazionali: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3B1CE8" w:rsidRDefault="003B1CE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Default="00000000">
            <w:pPr>
              <w:spacing w:after="0"/>
            </w:pPr>
            <w:r>
              <w:rPr>
                <w:b/>
                <w:color w:val="FFFFFF"/>
              </w:rPr>
              <w:t>5 – MONITORAGGIO E VALUTAZIONE</w:t>
            </w:r>
          </w:p>
        </w:tc>
      </w:tr>
      <w:tr w:rsidR="003B1CE8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sz w:val="19"/>
                <w:lang w:val="it-IT"/>
              </w:rPr>
              <w:t>Strumenti utilizzati, esiti delle verifiche, eventuale gradimento dei partecipanti: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3B1CE8" w:rsidRDefault="003B1CE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 w:rsidRPr="00204EF9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color w:val="FFFFFF"/>
                <w:lang w:val="it-IT"/>
              </w:rPr>
              <w:t>6 – SCOSTAMENTI RISPETTO ALLA PROPOSTA INIZIALE</w:t>
            </w:r>
          </w:p>
        </w:tc>
      </w:tr>
      <w:tr w:rsidR="003B1CE8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sz w:val="19"/>
                <w:lang w:val="it-IT"/>
              </w:rPr>
              <w:t>Indicare eventuali variazioni di calendario, attività, destinatari, risorse o risultati, specificandone le motivazioni: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3B1CE8" w:rsidRDefault="003B1CE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Default="00000000">
            <w:pPr>
              <w:spacing w:after="0"/>
            </w:pPr>
            <w:r>
              <w:rPr>
                <w:b/>
                <w:color w:val="FFFFFF"/>
              </w:rPr>
              <w:t>7 – PRODOTTI FINALI E DISSEMINAZIONE</w:t>
            </w:r>
          </w:p>
        </w:tc>
      </w:tr>
      <w:tr w:rsidR="003B1CE8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sz w:val="19"/>
                <w:lang w:val="it-IT"/>
              </w:rPr>
              <w:t>Prodotti realizzati, eventi/restituzioni, materiali pubblicabili o altre evidenze: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3B1CE8" w:rsidRDefault="003B1CE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2"/>
      </w:tblGrid>
      <w:tr w:rsidR="003B1CE8" w:rsidRPr="00204EF9">
        <w:trPr>
          <w:jc w:val="center"/>
        </w:trPr>
        <w:tc>
          <w:tcPr>
            <w:tcW w:w="10312" w:type="dxa"/>
            <w:shd w:val="clear" w:color="auto" w:fill="D9A300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color w:val="FFFFFF"/>
                <w:lang w:val="it-IT"/>
              </w:rPr>
              <w:t>8 – VALUTAZIONE COMPLESSIVA E PROPOSTE PER IL FUTURO</w:t>
            </w:r>
          </w:p>
        </w:tc>
      </w:tr>
      <w:tr w:rsidR="003B1CE8">
        <w:trPr>
          <w:jc w:val="center"/>
        </w:trPr>
        <w:tc>
          <w:tcPr>
            <w:tcW w:w="1031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B1CE8" w:rsidRPr="00204EF9" w:rsidRDefault="00000000">
            <w:pPr>
              <w:spacing w:after="0"/>
              <w:rPr>
                <w:lang w:val="it-IT"/>
              </w:rPr>
            </w:pPr>
            <w:r w:rsidRPr="00204EF9">
              <w:rPr>
                <w:b/>
                <w:sz w:val="19"/>
                <w:lang w:val="it-IT"/>
              </w:rPr>
              <w:t>Punti di forza, criticità e proposte di miglioramento/riproposizione: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  <w:p w:rsidR="003B1CE8" w:rsidRDefault="00000000">
            <w:pPr>
              <w:spacing w:after="40"/>
            </w:pPr>
            <w:r>
              <w:rPr>
                <w:color w:val="888888"/>
                <w:sz w:val="16"/>
              </w:rPr>
              <w:t>________________________________________________________________________________</w:t>
            </w:r>
          </w:p>
        </w:tc>
      </w:tr>
    </w:tbl>
    <w:p w:rsidR="003B1CE8" w:rsidRDefault="003B1CE8">
      <w:pPr>
        <w:spacing w:after="20"/>
      </w:pPr>
    </w:p>
    <w:p w:rsidR="003B1CE8" w:rsidRDefault="00000000">
      <w:pPr>
        <w:spacing w:before="100" w:after="80"/>
      </w:pPr>
      <w:r>
        <w:rPr>
          <w:b/>
          <w:color w:val="1F4E79"/>
        </w:rPr>
        <w:t>ALLEGATI ALLA RELAZIONE</w:t>
      </w:r>
    </w:p>
    <w:p w:rsidR="003B1CE8" w:rsidRPr="00204EF9" w:rsidRDefault="00000000">
      <w:pPr>
        <w:pStyle w:val="Puntoelenco"/>
        <w:spacing w:after="40"/>
        <w:rPr>
          <w:lang w:val="it-IT"/>
        </w:rPr>
      </w:pPr>
      <w:r w:rsidRPr="00204EF9">
        <w:rPr>
          <w:lang w:val="it-IT"/>
        </w:rPr>
        <w:t>F5 – Registro presenze e attività completo e firmato;</w:t>
      </w:r>
    </w:p>
    <w:p w:rsidR="003B1CE8" w:rsidRPr="00204EF9" w:rsidRDefault="00000000">
      <w:pPr>
        <w:pStyle w:val="Puntoelenco"/>
        <w:spacing w:after="40"/>
        <w:rPr>
          <w:lang w:val="it-IT"/>
        </w:rPr>
      </w:pPr>
      <w:r w:rsidRPr="00204EF9">
        <w:rPr>
          <w:lang w:val="it-IT"/>
        </w:rPr>
        <w:t>eventuali prodotti/materiali/documentazione finale;</w:t>
      </w:r>
    </w:p>
    <w:p w:rsidR="003B1CE8" w:rsidRPr="00204EF9" w:rsidRDefault="00000000">
      <w:pPr>
        <w:pStyle w:val="Puntoelenco"/>
        <w:spacing w:after="40"/>
        <w:rPr>
          <w:lang w:val="it-IT"/>
        </w:rPr>
      </w:pPr>
      <w:r w:rsidRPr="00204EF9">
        <w:rPr>
          <w:lang w:val="it-IT"/>
        </w:rPr>
        <w:t>eventuale ulteriore documentazione richiesta dagli Uffici.</w:t>
      </w:r>
    </w:p>
    <w:p w:rsidR="003B1CE8" w:rsidRPr="00204EF9" w:rsidRDefault="00000000">
      <w:pPr>
        <w:rPr>
          <w:lang w:val="it-IT"/>
        </w:rPr>
      </w:pPr>
      <w:r w:rsidRPr="00204EF9">
        <w:rPr>
          <w:b/>
          <w:lang w:val="it-IT"/>
        </w:rPr>
        <w:t xml:space="preserve">Luogo e data: </w:t>
      </w:r>
      <w:r w:rsidRPr="00204EF9">
        <w:rPr>
          <w:lang w:val="it-IT"/>
        </w:rPr>
        <w:t>________________________________________________________________________________</w:t>
      </w:r>
    </w:p>
    <w:p w:rsidR="003B1CE8" w:rsidRPr="00204EF9" w:rsidRDefault="00000000">
      <w:pPr>
        <w:jc w:val="right"/>
        <w:rPr>
          <w:lang w:val="it-IT"/>
        </w:rPr>
      </w:pPr>
      <w:r w:rsidRPr="00204EF9">
        <w:rPr>
          <w:b/>
          <w:lang w:val="it-IT"/>
        </w:rPr>
        <w:t>IL/LA DOCENTE RESPONSABILE</w:t>
      </w:r>
      <w:r w:rsidRPr="00204EF9">
        <w:rPr>
          <w:b/>
          <w:lang w:val="it-IT"/>
        </w:rPr>
        <w:br/>
        <w:t>______________________________</w:t>
      </w:r>
    </w:p>
    <w:sectPr w:rsidR="003B1CE8" w:rsidRPr="00204EF9" w:rsidSect="00034616">
      <w:headerReference w:type="default" r:id="rId8"/>
      <w:footerReference w:type="default" r:id="rId9"/>
      <w:pgSz w:w="12240" w:h="15840"/>
      <w:pgMar w:top="2098" w:right="964" w:bottom="102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8789F" w:rsidRDefault="00A8789F">
      <w:pPr>
        <w:spacing w:after="0" w:line="240" w:lineRule="auto"/>
      </w:pPr>
      <w:r>
        <w:separator/>
      </w:r>
    </w:p>
  </w:endnote>
  <w:endnote w:type="continuationSeparator" w:id="0">
    <w:p w:rsidR="00A8789F" w:rsidRDefault="00A87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1CE8" w:rsidRPr="00204EF9" w:rsidRDefault="00000000">
    <w:pPr>
      <w:pStyle w:val="Pidipagina"/>
      <w:jc w:val="center"/>
      <w:rPr>
        <w:lang w:val="it-IT"/>
      </w:rPr>
    </w:pPr>
    <w:r w:rsidRPr="00204EF9">
      <w:rPr>
        <w:color w:val="1F4E79"/>
        <w:sz w:val="14"/>
        <w:lang w:val="it-IT"/>
      </w:rPr>
      <w:t>C.F. 82000830768 • C.M. PZIS01700R • Codice Univoco UFSXVU • Tel. 0973 611826</w:t>
    </w:r>
  </w:p>
  <w:p w:rsidR="003B1CE8" w:rsidRPr="00204EF9" w:rsidRDefault="00000000">
    <w:pPr>
      <w:spacing w:after="0"/>
      <w:jc w:val="center"/>
      <w:rPr>
        <w:lang w:val="it-IT"/>
      </w:rPr>
    </w:pPr>
    <w:r w:rsidRPr="00204EF9">
      <w:rPr>
        <w:color w:val="1F4E79"/>
        <w:sz w:val="14"/>
        <w:lang w:val="it-IT"/>
      </w:rPr>
      <w:t>pzis01700r@istruzione.it • pzis01700r@pec.istruzione.it • www.isisantarcangelo.edu.it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8789F" w:rsidRDefault="00A8789F">
      <w:pPr>
        <w:spacing w:after="0" w:line="240" w:lineRule="auto"/>
      </w:pPr>
      <w:r>
        <w:separator/>
      </w:r>
    </w:p>
  </w:footnote>
  <w:footnote w:type="continuationSeparator" w:id="0">
    <w:p w:rsidR="00A8789F" w:rsidRDefault="00A87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1CE8" w:rsidRPr="00204EF9" w:rsidRDefault="00000000">
    <w:pPr>
      <w:pStyle w:val="Intestazione"/>
      <w:jc w:val="center"/>
      <w:rPr>
        <w:lang w:val="it-IT"/>
      </w:rPr>
    </w:pPr>
    <w:r w:rsidRPr="00204EF9">
      <w:rPr>
        <w:b/>
        <w:color w:val="D9A300"/>
        <w:sz w:val="17"/>
        <w:lang w:val="it-IT"/>
      </w:rPr>
      <w:t>MINISTERO DELL’ISTRUZIONE E DEL MERITO</w:t>
    </w:r>
  </w:p>
  <w:p w:rsidR="003B1CE8" w:rsidRPr="00204EF9" w:rsidRDefault="00000000">
    <w:pPr>
      <w:spacing w:after="0"/>
      <w:jc w:val="center"/>
      <w:rPr>
        <w:lang w:val="it-IT"/>
      </w:rPr>
    </w:pPr>
    <w:r w:rsidRPr="00204EF9">
      <w:rPr>
        <w:b/>
        <w:color w:val="1F4E79"/>
        <w:sz w:val="26"/>
        <w:lang w:val="it-IT"/>
      </w:rPr>
      <w:t>ISTITUTO D’ISTRUZIONE SUPERIORE “CARLO LEVI”</w:t>
    </w:r>
  </w:p>
  <w:p w:rsidR="003B1CE8" w:rsidRPr="00204EF9" w:rsidRDefault="00000000">
    <w:pPr>
      <w:spacing w:after="0"/>
      <w:jc w:val="center"/>
      <w:rPr>
        <w:lang w:val="it-IT"/>
      </w:rPr>
    </w:pPr>
    <w:r w:rsidRPr="00204EF9">
      <w:rPr>
        <w:sz w:val="17"/>
        <w:lang w:val="it-IT"/>
      </w:rPr>
      <w:t>Viale Italia, 34 · 85037 Sant’Arcangelo (PZ)</w:t>
    </w:r>
  </w:p>
  <w:p w:rsidR="003B1CE8" w:rsidRPr="00204EF9" w:rsidRDefault="00000000">
    <w:pPr>
      <w:spacing w:after="0"/>
      <w:jc w:val="center"/>
      <w:rPr>
        <w:lang w:val="it-IT"/>
      </w:rPr>
    </w:pPr>
    <w:r w:rsidRPr="00204EF9">
      <w:rPr>
        <w:b/>
        <w:color w:val="1F4E79"/>
        <w:sz w:val="18"/>
        <w:lang w:val="it-IT"/>
      </w:rPr>
      <w:t>LICEO • ITAFM • IPSASR • ITT</w:t>
    </w:r>
  </w:p>
  <w:p w:rsidR="003B1CE8" w:rsidRPr="00204EF9" w:rsidRDefault="00000000">
    <w:pPr>
      <w:pBdr>
        <w:bottom w:val="single" w:sz="8" w:space="2" w:color="D9A300"/>
      </w:pBdr>
      <w:spacing w:after="40"/>
      <w:jc w:val="center"/>
      <w:rPr>
        <w:lang w:val="it-IT"/>
      </w:rPr>
    </w:pPr>
    <w:r w:rsidRPr="00204EF9">
      <w:rPr>
        <w:sz w:val="14"/>
        <w:lang w:val="it-IT"/>
      </w:rPr>
      <w:t>Liceo Scientifico · Scienze Applicate · Linguistico | ITAFM | IPSASR “G. Fortunato” · Corso Serale | ITT Chimica, materiali e biotecnologie – Corleto Perticara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5466709">
    <w:abstractNumId w:val="8"/>
  </w:num>
  <w:num w:numId="2" w16cid:durableId="1532038194">
    <w:abstractNumId w:val="6"/>
  </w:num>
  <w:num w:numId="3" w16cid:durableId="507209549">
    <w:abstractNumId w:val="5"/>
  </w:num>
  <w:num w:numId="4" w16cid:durableId="1675957713">
    <w:abstractNumId w:val="4"/>
  </w:num>
  <w:num w:numId="5" w16cid:durableId="1223056749">
    <w:abstractNumId w:val="7"/>
  </w:num>
  <w:num w:numId="6" w16cid:durableId="224487977">
    <w:abstractNumId w:val="3"/>
  </w:num>
  <w:num w:numId="7" w16cid:durableId="96799425">
    <w:abstractNumId w:val="2"/>
  </w:num>
  <w:num w:numId="8" w16cid:durableId="545024123">
    <w:abstractNumId w:val="1"/>
  </w:num>
  <w:num w:numId="9" w16cid:durableId="2911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4EF9"/>
    <w:rsid w:val="0029639D"/>
    <w:rsid w:val="00326F90"/>
    <w:rsid w:val="003B1CE8"/>
    <w:rsid w:val="00A8789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DF836"/>
  <w14:defaultImageDpi w14:val="300"/>
  <w15:docId w15:val="{4C71F558-F8D0-7449-B577-4D099B306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2026-09-19T04:25:00Z</dcterms:modified>
  <cp:category/>
</cp:coreProperties>
</file>