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0" w:line="240" w:lineRule="auto"/>
        <w:jc w:val="center"/>
      </w:pPr>
      <w:r>
        <w:rPr>
          <w:b/>
          <w:sz w:val="20"/>
        </w:rPr>
        <w:t>MINISTERO DELL’ISTRUZIONE E DEL MERITO</w:t>
      </w:r>
    </w:p>
    <w:p>
      <w:pPr>
        <w:spacing w:before="0" w:after="30" w:line="240" w:lineRule="auto"/>
        <w:jc w:val="center"/>
      </w:pPr>
      <w:r>
        <w:rPr>
          <w:b/>
          <w:sz w:val="28"/>
        </w:rPr>
        <w:t>ISTITUTO D’ISTRUZIONE SUPERIORE “CARLO LEVI”</w:t>
      </w:r>
    </w:p>
    <w:p>
      <w:pPr>
        <w:spacing w:before="0" w:after="30" w:line="240" w:lineRule="auto"/>
        <w:jc w:val="center"/>
      </w:pPr>
      <w:r>
        <w:rPr>
          <w:sz w:val="19"/>
        </w:rPr>
        <w:t>Viale Italia, 34 · 85037 Sant’Arcangelo (PZ)</w:t>
      </w:r>
    </w:p>
    <w:p>
      <w:pPr>
        <w:spacing w:before="0" w:after="30" w:line="240" w:lineRule="auto"/>
        <w:jc w:val="center"/>
      </w:pPr>
      <w:r>
        <w:rPr>
          <w:b/>
          <w:sz w:val="21"/>
        </w:rPr>
        <w:t>LICEO • ITAFM • IPSASR • ITT</w:t>
      </w:r>
    </w:p>
    <w:p>
      <w:pPr>
        <w:spacing w:before="0" w:after="30" w:line="240" w:lineRule="auto"/>
        <w:jc w:val="center"/>
      </w:pPr>
      <w:r>
        <w:rPr>
          <w:sz w:val="16"/>
        </w:rPr>
        <w:t>Liceo Scientifico · Scienze Applicate · Linguistico | ITAFM | IPSASR “G. Fortunato” con Convitto | ITT Chimica, materiali e biotecnologie – Corleto Perticara</w:t>
      </w:r>
    </w:p>
    <w:p>
      <w:pPr>
        <w:spacing w:before="0" w:after="30" w:line="240" w:lineRule="auto"/>
      </w:pPr>
      <w:r>
        <w:rPr>
          <w:sz w:val="16"/>
        </w:rPr>
        <w:t>________________________________________________________________________________</w:t>
      </w:r>
    </w:p>
    <w:p>
      <w:pPr>
        <w:spacing w:before="0" w:after="30" w:line="240" w:lineRule="auto"/>
        <w:jc w:val="right"/>
      </w:pPr>
      <w:r>
        <w:rPr>
          <w:b/>
          <w:sz w:val="20"/>
        </w:rPr>
        <w:t>Al Dirigente Scolastico</w:t>
        <w:br/>
        <w:t>IIS “Carlo Levi” – Sant’Arcangelo (PZ)</w:t>
      </w:r>
    </w:p>
    <w:p>
      <w:pPr>
        <w:spacing w:before="0" w:after="30" w:line="240" w:lineRule="auto"/>
        <w:jc w:val="center"/>
      </w:pPr>
      <w:r>
        <w:rPr>
          <w:b/>
          <w:sz w:val="28"/>
        </w:rPr>
        <w:t>MODULO DI AUTORIZZAZIONE</w:t>
      </w:r>
    </w:p>
    <w:p>
      <w:pPr>
        <w:spacing w:before="0" w:after="30" w:line="240" w:lineRule="auto"/>
        <w:jc w:val="center"/>
      </w:pPr>
      <w:r>
        <w:rPr>
          <w:b/>
          <w:sz w:val="22"/>
        </w:rPr>
        <w:t>Spostamenti per attività motorie presso palestra o spazi esterni – a.s. 2026/2027</w:t>
      </w:r>
    </w:p>
    <w:p>
      <w:pPr>
        <w:spacing w:after="40" w:before="0" w:line="240" w:lineRule="auto"/>
      </w:pPr>
      <w:r>
        <w:t>Il/La sottoscritto/a ________________________________________________,</w:t>
      </w:r>
    </w:p>
    <w:p>
      <w:pPr>
        <w:spacing w:after="40" w:before="0" w:line="240" w:lineRule="auto"/>
      </w:pPr>
      <w:r>
        <w:t>genitore/esercente la responsabilità genitoriale dell’alunno/a ________________________________________________,</w:t>
      </w:r>
    </w:p>
    <w:p>
      <w:pPr>
        <w:spacing w:after="40" w:before="0" w:line="240" w:lineRule="auto"/>
      </w:pPr>
      <w:r>
        <w:t>frequentante la classe ________ sez. ________ dell’indirizzo/plesso ________________________________________________,</w:t>
      </w:r>
    </w:p>
    <w:p>
      <w:pPr>
        <w:spacing w:before="0" w:after="30" w:line="240" w:lineRule="auto"/>
        <w:jc w:val="center"/>
      </w:pPr>
      <w:r>
        <w:rPr>
          <w:b/>
          <w:sz w:val="24"/>
        </w:rPr>
        <w:t>AUTORIZZA</w:t>
      </w:r>
    </w:p>
    <w:p>
      <w:pPr>
        <w:spacing w:after="30" w:line="240" w:lineRule="auto" w:before="0"/>
      </w:pPr>
      <w:r>
        <w:t>per l’intero anno scolastico 2026/2027, la partecipazione del/della proprio/a figlio/a agli spostamenti previsti durante le ore di Scienze motorie e sportive dalla sede scolastica alla palestra e/o agli spazi esterni individuati dall’Istituto, secondo l’orario delle lezioni e le disposizioni organizzative impartite dalla scuola.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top"/>
            <w:shd w:fill="F2F4F7"/>
            <w:tcBorders>
              <w:top w:val="single" w:sz="6" w:color="9AA6B2"/>
              <w:left w:val="single" w:sz="6" w:color="9AA6B2"/>
              <w:bottom w:val="single" w:sz="6" w:color="9AA6B2"/>
              <w:right w:val="single" w:sz="6" w:color="9AA6B2"/>
            </w:tcBorders>
          </w:tcPr>
          <w:p>
            <w:pPr>
              <w:spacing w:after="10"/>
            </w:pPr>
            <w:r>
              <w:rPr>
                <w:b/>
                <w:sz w:val="17"/>
              </w:rPr>
              <w:t>Il/La sottoscritto/a dichiara di essere informato/a che:</w:t>
            </w:r>
          </w:p>
          <w:p>
            <w:pPr>
              <w:spacing w:after="10"/>
              <w:ind w:left="227" w:hanging="142"/>
            </w:pPr>
            <w:r>
              <w:rPr>
                <w:b/>
                <w:sz w:val="17"/>
              </w:rPr>
              <w:t xml:space="preserve">• </w:t>
            </w:r>
            <w:r>
              <w:rPr>
                <w:sz w:val="17"/>
              </w:rPr>
              <w:t>gli spostamenti avverranno a piedi, con accompagnamento dei docenti incaricati e, ove possibile, con il supporto dei collaboratori scolastici;</w:t>
            </w:r>
          </w:p>
          <w:p>
            <w:pPr>
              <w:spacing w:after="10"/>
              <w:ind w:left="227" w:hanging="142"/>
            </w:pPr>
            <w:r>
              <w:rPr>
                <w:b/>
                <w:sz w:val="17"/>
              </w:rPr>
              <w:t xml:space="preserve">• </w:t>
            </w:r>
            <w:r>
              <w:rPr>
                <w:sz w:val="17"/>
              </w:rPr>
              <w:t>è fatto divieto agli studenti di recarsi autonomamente alla palestra o agli spazi esterni e di rientrare senza accompagnamento;</w:t>
            </w:r>
          </w:p>
          <w:p>
            <w:pPr>
              <w:spacing w:after="10"/>
              <w:ind w:left="227" w:hanging="142"/>
            </w:pPr>
            <w:r>
              <w:rPr>
                <w:b/>
                <w:sz w:val="17"/>
              </w:rPr>
              <w:t xml:space="preserve">• </w:t>
            </w:r>
            <w:r>
              <w:rPr>
                <w:sz w:val="17"/>
              </w:rPr>
              <w:t>in caso di condizioni meteorologiche avverse o di altre condizioni che non consentano lo spostamento in sicurezza, l’attività esterna sarà sospesa o rimodulata;</w:t>
            </w:r>
          </w:p>
          <w:p>
            <w:pPr>
              <w:spacing w:after="10"/>
              <w:ind w:left="227" w:hanging="142"/>
            </w:pPr>
            <w:r>
              <w:rPr>
                <w:b/>
                <w:sz w:val="17"/>
              </w:rPr>
              <w:t xml:space="preserve">• </w:t>
            </w:r>
            <w:r>
              <w:rPr>
                <w:sz w:val="17"/>
              </w:rPr>
              <w:t>al termine della lezione gli studenti saranno normalmente riaccompagnati nella sede scolastica;</w:t>
            </w:r>
          </w:p>
          <w:p>
            <w:pPr>
              <w:spacing w:after="10"/>
              <w:ind w:left="227" w:hanging="142"/>
            </w:pPr>
            <w:r>
              <w:rPr>
                <w:b/>
                <w:sz w:val="17"/>
              </w:rPr>
              <w:t xml:space="preserve">• </w:t>
            </w:r>
            <w:r>
              <w:rPr>
                <w:sz w:val="17"/>
              </w:rPr>
              <w:t>qualora l’attività coincida con l’ultima ora di lezione, l’uscita potrà avvenire secondo le indicazioni organizzative impartite dalla scuola; ove necessario, sarà previsto il rientro nella sede in tempo utile per il recupero degli effetti personali;</w:t>
            </w:r>
          </w:p>
          <w:p>
            <w:pPr>
              <w:spacing w:after="10"/>
              <w:ind w:left="227" w:hanging="142"/>
            </w:pPr>
            <w:r>
              <w:rPr>
                <w:b/>
                <w:sz w:val="17"/>
              </w:rPr>
              <w:t xml:space="preserve">• </w:t>
            </w:r>
            <w:r>
              <w:rPr>
                <w:sz w:val="17"/>
              </w:rPr>
              <w:t>la mancata consegna della presente autorizzazione non consentirà allo studente di partecipare alle attività che richiedono spostamenti fuori dalla sede scolastica.</w:t>
            </w:r>
          </w:p>
        </w:tc>
      </w:tr>
    </w:tbl>
    <w:p>
      <w:pPr>
        <w:spacing w:before="0" w:after="40" w:line="240" w:lineRule="auto"/>
      </w:pPr>
      <w:r>
        <w:rPr>
          <w:b/>
        </w:rPr>
        <w:t xml:space="preserve">Recapito telefonico del genitore/tutore per eventuali comunicazioni: </w:t>
      </w:r>
      <w:r>
        <w:t>__________________________________</w:t>
      </w:r>
    </w:p>
    <w:p>
      <w:pPr>
        <w:spacing w:before="0" w:after="30" w:line="240" w:lineRule="auto"/>
      </w:pPr>
      <w:r>
        <w:t>Il/La sottoscritto/a dichiara di aver preso visione delle modalità organizzative sopra riportate e di autorizzare gli spostamenti descritti, fermo restando l’obbligo di vigilanza del personale scolastico durante le attività e i trasferimenti.</w:t>
      </w:r>
    </w:p>
    <w:p>
      <w:pPr>
        <w:spacing w:after="30" w:before="0" w:line="240" w:lineRule="auto"/>
      </w:pPr>
      <w:r>
        <w:rPr>
          <w:i/>
          <w:sz w:val="17"/>
        </w:rPr>
        <w:t>In caso di firma di un solo genitore: il/la sottoscritto/a dichiara di effettuare la presente scelta nell’osservanza delle disposizioni sulla responsabilità genitoriale e di essere consapevole delle responsabilità connesse alle dichiarazioni rese.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00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7"/>
              </w:rPr>
              <w:t>Luogo e data</w:t>
              <w:br/>
              <w:t>______________________________</w:t>
            </w:r>
          </w:p>
        </w:tc>
        <w:tc>
          <w:tcPr>
            <w:tcW w:type="dxa" w:w="5100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7"/>
              </w:rPr>
              <w:t>Firma del genitore/tutore</w:t>
              <w:br/>
              <w:t>______________________________</w:t>
            </w:r>
          </w:p>
        </w:tc>
      </w:tr>
    </w:tbl>
    <w:p>
      <w:pPr>
        <w:spacing w:before="0" w:after="30" w:line="240" w:lineRule="auto"/>
        <w:jc w:val="center"/>
      </w:pPr>
      <w:r>
        <w:rPr>
          <w:sz w:val="15"/>
        </w:rPr>
        <w:t>Cod. fisc. 82000830768 • C.M. PZIS01700R • Tel. 0973 611826</w:t>
        <w:br/>
        <w:t>pzis01700r@istruzione.it • pzis01700r@pec.istruzione.it • www.isisantarcangelo.edu.it</w:t>
      </w:r>
    </w:p>
    <w:sectPr w:rsidR="00FC693F" w:rsidRPr="0006063C" w:rsidSect="00034616">
      <w:pgSz w:w="12240" w:h="15840"/>
      <w:pgMar w:top="567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