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80"/>
        <w:jc w:val="center"/>
      </w:pPr>
      <w:r>
        <w:rPr>
          <w:rFonts w:ascii="Arial" w:hAnsi="Arial"/>
          <w:b/>
          <w:sz w:val="32"/>
        </w:rPr>
        <w:t>LOGO ASSOCIAZIONE / SOCIETÀ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4252"/>
      </w:tblGrid>
      <w:tr>
        <w:tc>
          <w:tcPr>
            <w:tcW w:type="dxa" w:w="4816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type="dxa" w:w="4816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left"/>
            </w:pPr>
            <w:r>
              <w:rPr>
                <w:sz w:val="23"/>
              </w:rPr>
              <w:t>Al Dirigente Scolastico</w:t>
              <w:br/>
              <w:t>IIS “Carlo Levi”</w:t>
              <w:br/>
              <w:t>Viale Italia, 34</w:t>
              <w:br/>
              <w:t>85037 Sant’Arcangelo (PZ)</w:t>
            </w:r>
          </w:p>
        </w:tc>
      </w:tr>
    </w:tbl>
    <w:p>
      <w:pPr>
        <w:spacing w:after="160"/>
      </w:pPr>
    </w:p>
    <w:p>
      <w:pPr>
        <w:spacing w:after="560"/>
      </w:pPr>
      <w:r>
        <w:t>____________________, ____/____/________</w:t>
      </w:r>
    </w:p>
    <w:p>
      <w:pPr>
        <w:spacing w:after="480"/>
      </w:pPr>
      <w:r>
        <w:rPr>
          <w:b/>
        </w:rPr>
        <w:t>Oggetto: Giustificazione assenze – C.M. n. 20 del 4-3-2011 e DPR n. 122/2009</w:t>
      </w:r>
    </w:p>
    <w:p>
      <w:pPr>
        <w:spacing w:after="360"/>
      </w:pPr>
      <w:r>
        <w:t>Spett.le Dirigente Scolastico,</w:t>
      </w:r>
    </w:p>
    <w:p>
      <w:pPr>
        <w:spacing w:after="360"/>
        <w:jc w:val="both"/>
      </w:pPr>
      <w:r>
        <w:t>in ottemperanza a quanto previsto dalla C.M. e dal DPR di cui sopra, con la presente certifichiamo che l’alunno/a ________________________________, frequentante la Classe ____________ dell’IIS “Carlo Levi” di Sant’Arcangelo e regolarmente tesserato/a per la nostra Società/Associazione, affiliata alla Federazione ______________________________ / all’Ente ______________________________, resterà assente il giorno ____________ oppure tutti i giorni dal ____________ al ____________ oppure come da calendario agonistico allegato, per il seguente impegno agonistico:</w:t>
      </w:r>
    </w:p>
    <w:p>
      <w:pPr>
        <w:spacing w:after="440"/>
        <w:ind w:left="454"/>
      </w:pPr>
      <w:r>
        <w:rPr>
          <w:b/>
        </w:rPr>
        <w:t>•  Nome manifestazione: ________________________________________________</w:t>
        <w:br/>
        <w:t xml:space="preserve">   Data/e manifestazione: ________________________________________________</w:t>
        <w:br/>
        <w:t xml:space="preserve">   Città/località: _______________________________________________________</w:t>
        <w:br/>
        <w:t xml:space="preserve">   Tipologia: campionato provinciale / regionale / nazionale / altro: ____________</w:t>
      </w:r>
    </w:p>
    <w:p>
      <w:pPr>
        <w:spacing w:after="560"/>
        <w:jc w:val="both"/>
      </w:pPr>
      <w:r>
        <w:t>Pregandovi di prenderne buona nota, cogliamo l’occasione per ringraziarvi della collaborazione ed inviare cordiali e sportivi saluti.</w:t>
      </w:r>
    </w:p>
    <w:p>
      <w:r>
        <w:t>Denominazione Società/Associazione: ____________________________________</w:t>
        <w:br/>
      </w:r>
      <w:r>
        <w:t>ASD / SSD / altro: ____________________________________________________</w:t>
        <w:br/>
        <w:br/>
      </w:r>
      <w:r>
        <w:rPr>
          <w:b/>
        </w:rPr>
        <w:t>Il Presidente / Legale rappresentante</w:t>
      </w:r>
      <w:r>
        <w:br/>
        <w:t>____________________________________</w:t>
      </w:r>
    </w:p>
    <w:p>
      <w:pPr>
        <w:spacing w:before="400"/>
      </w:pPr>
      <w:r>
        <w:rPr>
          <w:i/>
          <w:sz w:val="18"/>
        </w:rPr>
        <w:t>Eventuale allegato: calendario agonistico / convocazione ufficiale / altro documento attestante l’impegno sportivo.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